
<file path=[Content_Types].xml><?xml version="1.0" encoding="utf-8"?>
<Types xmlns="http://schemas.openxmlformats.org/package/2006/content-types"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FAF08A" w14:textId="77777777" w:rsidR="007B6F2C" w:rsidRPr="00940E94" w:rsidRDefault="00F9451F" w:rsidP="0003056A">
      <w:pPr>
        <w:pStyle w:val="Ttulo1"/>
        <w:spacing w:before="120"/>
        <w:rPr>
          <w:color w:val="auto"/>
          <w:lang w:val="de-DE"/>
        </w:rPr>
      </w:pPr>
      <w:r w:rsidRPr="00940E94">
        <w:rPr>
          <w:color w:val="auto"/>
          <w:lang w:val="de-DE"/>
        </w:rPr>
        <w:t>Kurzformular – Antrag auf Bezuschussung</w:t>
      </w:r>
      <w:r w:rsidRPr="00940E94">
        <w:rPr>
          <w:color w:val="auto"/>
          <w:lang w:val="de-DE"/>
        </w:rPr>
        <w:br/>
        <w:t>DWIH São Paulo – Programmarbeit 2026</w:t>
      </w:r>
    </w:p>
    <w:p w14:paraId="78A573CE" w14:textId="701B78BE" w:rsidR="00AA6503" w:rsidRPr="00940E94" w:rsidRDefault="00F9451F" w:rsidP="00940E94">
      <w:pPr>
        <w:pStyle w:val="Ttulo2"/>
        <w:rPr>
          <w:rFonts w:ascii="MS Gothic" w:eastAsia="MS Gothic" w:hAnsi="MS Gothic"/>
          <w:sz w:val="14"/>
          <w:szCs w:val="14"/>
          <w:lang w:val="de-DE"/>
        </w:rPr>
      </w:pPr>
      <w:r w:rsidRPr="00940E94">
        <w:rPr>
          <w:color w:val="auto"/>
          <w:lang w:val="de-DE"/>
        </w:rPr>
        <w:t>A. Antragstellende Institution</w:t>
      </w:r>
      <w:r w:rsidR="00692246" w:rsidRPr="00940E94">
        <w:rPr>
          <w:color w:val="auto"/>
          <w:lang w:val="de-DE"/>
        </w:rPr>
        <w:t>(en)</w:t>
      </w:r>
      <w:r w:rsidRPr="00940E94">
        <w:rPr>
          <w:color w:val="auto"/>
          <w:lang w:val="de-DE"/>
        </w:rPr>
        <w:br/>
      </w:r>
    </w:p>
    <w:tbl>
      <w:tblPr>
        <w:tblW w:w="8931" w:type="dxa"/>
        <w:tblInd w:w="-5" w:type="dxa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3544"/>
        <w:gridCol w:w="2410"/>
        <w:gridCol w:w="2977"/>
      </w:tblGrid>
      <w:tr w:rsidR="00E00333" w:rsidRPr="00940E94" w14:paraId="07DE6EB1" w14:textId="77777777" w:rsidTr="00E066E9">
        <w:trPr>
          <w:trHeight w:val="353"/>
        </w:trPr>
        <w:tc>
          <w:tcPr>
            <w:tcW w:w="3544" w:type="dxa"/>
          </w:tcPr>
          <w:p w14:paraId="51CCF00C" w14:textId="04F08C32" w:rsidR="00AA6503" w:rsidRPr="00940E94" w:rsidDel="00AA6503" w:rsidRDefault="00AA6503" w:rsidP="00AA6503">
            <w:pPr>
              <w:ind w:left="151"/>
              <w:rPr>
                <w:rFonts w:ascii="MS Gothic" w:eastAsia="MS Gothic" w:hAnsi="MS Gothic"/>
                <w:lang w:val="de-DE"/>
              </w:rPr>
            </w:pPr>
            <w:r w:rsidRPr="00940E94">
              <w:rPr>
                <w:lang w:val="de-DE"/>
              </w:rPr>
              <w:t>Institution(en):</w:t>
            </w:r>
          </w:p>
        </w:tc>
        <w:tc>
          <w:tcPr>
            <w:tcW w:w="5387" w:type="dxa"/>
            <w:gridSpan w:val="2"/>
          </w:tcPr>
          <w:p w14:paraId="347F048D" w14:textId="226807D1" w:rsidR="00AA6503" w:rsidRPr="00940E94" w:rsidRDefault="00AA6503" w:rsidP="00940E94">
            <w:pPr>
              <w:rPr>
                <w:lang w:val="de-DE"/>
              </w:rPr>
            </w:pPr>
            <w:r w:rsidRPr="00940E94">
              <w:rPr>
                <w:lang w:val="de-DE"/>
              </w:rPr>
              <w:t>Status im DWIH-Unterstützerkreis:</w:t>
            </w:r>
          </w:p>
        </w:tc>
      </w:tr>
      <w:tr w:rsidR="00E00333" w:rsidRPr="00940E94" w14:paraId="7A36E884" w14:textId="796042C5" w:rsidTr="00E066E9">
        <w:trPr>
          <w:trHeight w:val="353"/>
        </w:trPr>
        <w:tc>
          <w:tcPr>
            <w:tcW w:w="3544" w:type="dxa"/>
          </w:tcPr>
          <w:p w14:paraId="27A4D973" w14:textId="2C3C471D" w:rsidR="00AA6503" w:rsidRPr="00940E94" w:rsidRDefault="003C4850" w:rsidP="00940E94">
            <w:pPr>
              <w:spacing w:after="120"/>
              <w:ind w:left="151"/>
              <w:rPr>
                <w:rFonts w:ascii="MS Gothic" w:eastAsia="MS Gothic" w:hAnsi="MS Gothic"/>
                <w:lang w:val="de-DE"/>
              </w:rPr>
            </w:pPr>
            <w:r w:rsidRPr="00940E94">
              <w:rPr>
                <w:lang w:val="de-D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40E94">
              <w:rPr>
                <w:lang w:val="de-DE"/>
              </w:rPr>
              <w:instrText xml:space="preserve"> FORMTEXT </w:instrText>
            </w:r>
            <w:r w:rsidRPr="00940E94">
              <w:rPr>
                <w:lang w:val="de-DE"/>
              </w:rPr>
            </w:r>
            <w:r w:rsidRPr="00940E94">
              <w:rPr>
                <w:lang w:val="de-DE"/>
              </w:rPr>
              <w:fldChar w:fldCharType="separate"/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lang w:val="de-DE"/>
              </w:rPr>
              <w:fldChar w:fldCharType="end"/>
            </w:r>
          </w:p>
        </w:tc>
        <w:tc>
          <w:tcPr>
            <w:tcW w:w="2410" w:type="dxa"/>
          </w:tcPr>
          <w:p w14:paraId="0C14664A" w14:textId="20031D54" w:rsidR="00AA6503" w:rsidRPr="00940E94" w:rsidRDefault="009122CA" w:rsidP="00940E94">
            <w:pPr>
              <w:spacing w:after="120"/>
              <w:rPr>
                <w:rFonts w:ascii="MS Gothic" w:eastAsia="MS Gothic" w:hAnsi="MS Gothic"/>
                <w:lang w:val="de-DE"/>
              </w:rPr>
            </w:pPr>
            <w:sdt>
              <w:sdtPr>
                <w:rPr>
                  <w:rFonts w:ascii="MS Gothic" w:eastAsia="MS Gothic" w:hAnsi="MS Gothic" w:hint="eastAsia"/>
                  <w:lang w:val="de-DE"/>
                </w:rPr>
                <w:id w:val="72001783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AB7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AA6503" w:rsidRPr="00940E94">
              <w:rPr>
                <w:lang w:val="de-DE"/>
              </w:rPr>
              <w:t xml:space="preserve"> Hauptunterstützer</w:t>
            </w:r>
          </w:p>
        </w:tc>
        <w:tc>
          <w:tcPr>
            <w:tcW w:w="2977" w:type="dxa"/>
            <w:shd w:val="clear" w:color="auto" w:fill="auto"/>
          </w:tcPr>
          <w:p w14:paraId="7CEE8815" w14:textId="70CAD676" w:rsidR="00AA6503" w:rsidRPr="00940E94" w:rsidRDefault="009122CA" w:rsidP="00940E94">
            <w:pPr>
              <w:spacing w:after="120"/>
              <w:ind w:left="154"/>
              <w:rPr>
                <w:rFonts w:ascii="MS Gothic" w:eastAsia="MS Gothic" w:hAnsi="MS Gothic"/>
                <w:lang w:val="de-DE"/>
              </w:rPr>
            </w:pPr>
            <w:sdt>
              <w:sdtPr>
                <w:rPr>
                  <w:lang w:val="de-DE"/>
                </w:rPr>
                <w:id w:val="32008152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AA6503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AA6503" w:rsidRPr="00940E94">
              <w:rPr>
                <w:lang w:val="de-DE"/>
              </w:rPr>
              <w:t xml:space="preserve"> Assoziierter Unterstützer</w:t>
            </w:r>
          </w:p>
        </w:tc>
      </w:tr>
      <w:tr w:rsidR="00E00333" w:rsidRPr="00940E94" w14:paraId="7FC8FB05" w14:textId="77777777" w:rsidTr="00E066E9">
        <w:trPr>
          <w:trHeight w:val="353"/>
        </w:trPr>
        <w:tc>
          <w:tcPr>
            <w:tcW w:w="3544" w:type="dxa"/>
          </w:tcPr>
          <w:p w14:paraId="7A5EF050" w14:textId="524C30E5" w:rsidR="003C4850" w:rsidRPr="00940E94" w:rsidRDefault="003C4850" w:rsidP="00940E94">
            <w:pPr>
              <w:spacing w:after="120"/>
              <w:ind w:left="151"/>
              <w:rPr>
                <w:lang w:val="de-DE"/>
              </w:rPr>
            </w:pPr>
            <w:r w:rsidRPr="00940E94">
              <w:rPr>
                <w:lang w:val="de-D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40E94">
              <w:rPr>
                <w:lang w:val="de-DE"/>
              </w:rPr>
              <w:instrText xml:space="preserve"> FORMTEXT </w:instrText>
            </w:r>
            <w:r w:rsidRPr="00940E94">
              <w:rPr>
                <w:lang w:val="de-DE"/>
              </w:rPr>
            </w:r>
            <w:r w:rsidRPr="00940E94">
              <w:rPr>
                <w:lang w:val="de-DE"/>
              </w:rPr>
              <w:fldChar w:fldCharType="separate"/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lang w:val="de-DE"/>
              </w:rPr>
              <w:fldChar w:fldCharType="end"/>
            </w:r>
          </w:p>
        </w:tc>
        <w:tc>
          <w:tcPr>
            <w:tcW w:w="2410" w:type="dxa"/>
          </w:tcPr>
          <w:p w14:paraId="27361E5B" w14:textId="09BDC6FF" w:rsidR="003C4850" w:rsidRPr="00940E94" w:rsidRDefault="009122CA" w:rsidP="00940E94">
            <w:pPr>
              <w:spacing w:after="120"/>
              <w:rPr>
                <w:rFonts w:ascii="MS Gothic" w:eastAsia="MS Gothic" w:hAnsi="MS Gothic"/>
                <w:lang w:val="de-DE"/>
              </w:rPr>
            </w:pPr>
            <w:sdt>
              <w:sdtPr>
                <w:rPr>
                  <w:rFonts w:ascii="MS Gothic" w:eastAsia="MS Gothic" w:hAnsi="MS Gothic" w:hint="eastAsia"/>
                  <w:lang w:val="de-DE"/>
                </w:rPr>
                <w:id w:val="-43629051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AB7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3C4850" w:rsidRPr="00940E94">
              <w:rPr>
                <w:lang w:val="de-DE"/>
              </w:rPr>
              <w:t xml:space="preserve"> Hauptunterstützer</w:t>
            </w:r>
          </w:p>
        </w:tc>
        <w:tc>
          <w:tcPr>
            <w:tcW w:w="2977" w:type="dxa"/>
            <w:shd w:val="clear" w:color="auto" w:fill="auto"/>
          </w:tcPr>
          <w:p w14:paraId="6237551C" w14:textId="50AC3327" w:rsidR="003C4850" w:rsidRPr="00940E94" w:rsidRDefault="009122CA" w:rsidP="00940E94">
            <w:pPr>
              <w:spacing w:after="120"/>
              <w:ind w:left="154"/>
              <w:rPr>
                <w:lang w:val="de-DE"/>
              </w:rPr>
            </w:pPr>
            <w:sdt>
              <w:sdtPr>
                <w:rPr>
                  <w:lang w:val="de-DE"/>
                </w:rPr>
                <w:id w:val="-2795231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850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3C4850" w:rsidRPr="00940E94">
              <w:rPr>
                <w:lang w:val="de-DE"/>
              </w:rPr>
              <w:t xml:space="preserve"> Assoziierter Unterstützer</w:t>
            </w:r>
          </w:p>
        </w:tc>
      </w:tr>
      <w:tr w:rsidR="00E00333" w:rsidRPr="00940E94" w14:paraId="35C80B9D" w14:textId="77777777" w:rsidTr="00E066E9">
        <w:trPr>
          <w:trHeight w:val="353"/>
        </w:trPr>
        <w:tc>
          <w:tcPr>
            <w:tcW w:w="3544" w:type="dxa"/>
          </w:tcPr>
          <w:p w14:paraId="598BE362" w14:textId="2F7DA59F" w:rsidR="003C4850" w:rsidRPr="00940E94" w:rsidRDefault="003C4850" w:rsidP="00940E94">
            <w:pPr>
              <w:spacing w:after="120"/>
              <w:ind w:left="151"/>
              <w:rPr>
                <w:lang w:val="de-DE"/>
              </w:rPr>
            </w:pPr>
            <w:r w:rsidRPr="00940E94">
              <w:rPr>
                <w:lang w:val="de-D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40E94">
              <w:rPr>
                <w:lang w:val="de-DE"/>
              </w:rPr>
              <w:instrText xml:space="preserve"> FORMTEXT </w:instrText>
            </w:r>
            <w:r w:rsidRPr="00940E94">
              <w:rPr>
                <w:lang w:val="de-DE"/>
              </w:rPr>
            </w:r>
            <w:r w:rsidRPr="00940E94">
              <w:rPr>
                <w:lang w:val="de-DE"/>
              </w:rPr>
              <w:fldChar w:fldCharType="separate"/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lang w:val="de-DE"/>
              </w:rPr>
              <w:fldChar w:fldCharType="end"/>
            </w:r>
          </w:p>
        </w:tc>
        <w:tc>
          <w:tcPr>
            <w:tcW w:w="2410" w:type="dxa"/>
          </w:tcPr>
          <w:p w14:paraId="669F011D" w14:textId="5CFC649C" w:rsidR="003C4850" w:rsidRPr="00940E94" w:rsidRDefault="009122CA" w:rsidP="00940E94">
            <w:pPr>
              <w:spacing w:after="120"/>
              <w:rPr>
                <w:rFonts w:ascii="MS Gothic" w:eastAsia="MS Gothic" w:hAnsi="MS Gothic"/>
                <w:lang w:val="de-DE"/>
              </w:rPr>
            </w:pPr>
            <w:sdt>
              <w:sdtPr>
                <w:rPr>
                  <w:rFonts w:ascii="MS Gothic" w:eastAsia="MS Gothic" w:hAnsi="MS Gothic" w:hint="eastAsia"/>
                  <w:lang w:val="de-DE"/>
                </w:rPr>
                <w:id w:val="19581342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AB7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3C4850" w:rsidRPr="00940E94">
              <w:rPr>
                <w:lang w:val="de-DE"/>
              </w:rPr>
              <w:t xml:space="preserve"> Hauptunterstützer</w:t>
            </w:r>
          </w:p>
        </w:tc>
        <w:tc>
          <w:tcPr>
            <w:tcW w:w="2977" w:type="dxa"/>
            <w:shd w:val="clear" w:color="auto" w:fill="auto"/>
          </w:tcPr>
          <w:p w14:paraId="7CFA9F8E" w14:textId="7ED0CE23" w:rsidR="003C4850" w:rsidRPr="00940E94" w:rsidRDefault="009122CA" w:rsidP="00940E94">
            <w:pPr>
              <w:spacing w:after="120"/>
              <w:ind w:left="154"/>
              <w:rPr>
                <w:lang w:val="de-DE"/>
              </w:rPr>
            </w:pPr>
            <w:sdt>
              <w:sdtPr>
                <w:rPr>
                  <w:lang w:val="de-DE"/>
                </w:rPr>
                <w:id w:val="77136929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850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3C4850" w:rsidRPr="00940E94">
              <w:rPr>
                <w:lang w:val="de-DE"/>
              </w:rPr>
              <w:t xml:space="preserve"> Assoziierter Unterstützer</w:t>
            </w:r>
          </w:p>
        </w:tc>
      </w:tr>
      <w:tr w:rsidR="00E00333" w:rsidRPr="00940E94" w14:paraId="565CAEE8" w14:textId="77777777" w:rsidTr="00E066E9">
        <w:trPr>
          <w:trHeight w:val="353"/>
        </w:trPr>
        <w:tc>
          <w:tcPr>
            <w:tcW w:w="3544" w:type="dxa"/>
          </w:tcPr>
          <w:p w14:paraId="00892E90" w14:textId="3E78CE93" w:rsidR="003C4850" w:rsidRPr="00940E94" w:rsidRDefault="003C4850" w:rsidP="00940E94">
            <w:pPr>
              <w:spacing w:after="120"/>
              <w:ind w:left="151"/>
              <w:rPr>
                <w:lang w:val="de-DE"/>
              </w:rPr>
            </w:pPr>
            <w:r w:rsidRPr="00940E94">
              <w:rPr>
                <w:lang w:val="de-DE"/>
              </w:rPr>
              <w:fldChar w:fldCharType="begin">
                <w:ffData>
                  <w:name w:val="Texto1"/>
                  <w:enabled/>
                  <w:calcOnExit w:val="0"/>
                  <w:textInput/>
                </w:ffData>
              </w:fldChar>
            </w:r>
            <w:r w:rsidRPr="00940E94">
              <w:rPr>
                <w:lang w:val="de-DE"/>
              </w:rPr>
              <w:instrText xml:space="preserve"> FORMTEXT </w:instrText>
            </w:r>
            <w:r w:rsidRPr="00940E94">
              <w:rPr>
                <w:lang w:val="de-DE"/>
              </w:rPr>
            </w:r>
            <w:r w:rsidRPr="00940E94">
              <w:rPr>
                <w:lang w:val="de-DE"/>
              </w:rPr>
              <w:fldChar w:fldCharType="separate"/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noProof/>
                <w:lang w:val="de-DE"/>
              </w:rPr>
              <w:t> </w:t>
            </w:r>
            <w:r w:rsidRPr="00940E94">
              <w:rPr>
                <w:lang w:val="de-DE"/>
              </w:rPr>
              <w:fldChar w:fldCharType="end"/>
            </w:r>
          </w:p>
        </w:tc>
        <w:tc>
          <w:tcPr>
            <w:tcW w:w="2410" w:type="dxa"/>
          </w:tcPr>
          <w:p w14:paraId="29CBECB5" w14:textId="1A4413F2" w:rsidR="003C4850" w:rsidRPr="00940E94" w:rsidRDefault="009122CA" w:rsidP="00940E94">
            <w:pPr>
              <w:spacing w:after="120"/>
              <w:rPr>
                <w:rFonts w:ascii="MS Gothic" w:eastAsia="MS Gothic" w:hAnsi="MS Gothic"/>
                <w:lang w:val="de-DE"/>
              </w:rPr>
            </w:pPr>
            <w:sdt>
              <w:sdtPr>
                <w:rPr>
                  <w:rFonts w:ascii="MS Gothic" w:eastAsia="MS Gothic" w:hAnsi="MS Gothic" w:hint="eastAsia"/>
                  <w:lang w:val="de-DE"/>
                </w:rPr>
                <w:id w:val="-105800711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166AB7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3C4850" w:rsidRPr="00940E94">
              <w:rPr>
                <w:lang w:val="de-DE"/>
              </w:rPr>
              <w:t xml:space="preserve"> Hauptunterstützer</w:t>
            </w:r>
          </w:p>
        </w:tc>
        <w:tc>
          <w:tcPr>
            <w:tcW w:w="2977" w:type="dxa"/>
            <w:shd w:val="clear" w:color="auto" w:fill="auto"/>
          </w:tcPr>
          <w:p w14:paraId="0F449D8C" w14:textId="05CCE40A" w:rsidR="003C4850" w:rsidRPr="00940E94" w:rsidRDefault="009122CA" w:rsidP="00940E94">
            <w:pPr>
              <w:spacing w:after="120"/>
              <w:ind w:left="154"/>
              <w:rPr>
                <w:lang w:val="de-DE"/>
              </w:rPr>
            </w:pPr>
            <w:sdt>
              <w:sdtPr>
                <w:rPr>
                  <w:lang w:val="de-DE"/>
                </w:rPr>
                <w:id w:val="1612033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3C4850" w:rsidRPr="00940E94">
                  <w:rPr>
                    <w:rFonts w:ascii="MS Gothic" w:eastAsia="MS Gothic" w:hAnsi="MS Gothic" w:hint="eastAsia"/>
                    <w:lang w:val="de-DE"/>
                  </w:rPr>
                  <w:t>☐</w:t>
                </w:r>
              </w:sdtContent>
            </w:sdt>
            <w:r w:rsidR="003C4850" w:rsidRPr="00940E94">
              <w:rPr>
                <w:lang w:val="de-DE"/>
              </w:rPr>
              <w:t xml:space="preserve"> Assoziierter Unterstützer</w:t>
            </w:r>
          </w:p>
        </w:tc>
      </w:tr>
    </w:tbl>
    <w:p w14:paraId="1CAF89E4" w14:textId="77777777" w:rsidR="0005279A" w:rsidRPr="00940E94" w:rsidRDefault="0005279A" w:rsidP="00940E94">
      <w:pPr>
        <w:spacing w:after="0"/>
        <w:rPr>
          <w:lang w:val="de-DE"/>
        </w:rPr>
      </w:pPr>
    </w:p>
    <w:p w14:paraId="47563783" w14:textId="41B65219" w:rsidR="007B6F2C" w:rsidRPr="00940E94" w:rsidRDefault="00F9451F">
      <w:pPr>
        <w:rPr>
          <w:sz w:val="16"/>
          <w:szCs w:val="16"/>
          <w:lang w:val="de-DE"/>
        </w:rPr>
      </w:pPr>
      <w:r w:rsidRPr="00940E94">
        <w:rPr>
          <w:lang w:val="de-DE"/>
        </w:rPr>
        <w:t>Kontaktperson</w:t>
      </w:r>
      <w:r w:rsidR="0003056A" w:rsidRPr="00940E94">
        <w:rPr>
          <w:lang w:val="de-DE"/>
        </w:rPr>
        <w:t>(en)</w:t>
      </w:r>
      <w:r w:rsidRPr="00940E94">
        <w:rPr>
          <w:lang w:val="de-DE"/>
        </w:rPr>
        <w:t>:</w:t>
      </w:r>
      <w:r w:rsidRPr="00940E94">
        <w:rPr>
          <w:lang w:val="de-DE"/>
        </w:rPr>
        <w:br/>
        <w:t>Name:</w:t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fldChar w:fldCharType="begin">
          <w:ffData>
            <w:name w:val="Texto1"/>
            <w:enabled/>
            <w:calcOnExit w:val="0"/>
            <w:textInput/>
          </w:ffData>
        </w:fldChar>
      </w:r>
      <w:bookmarkStart w:id="0" w:name="Texto1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0"/>
      <w:r w:rsidRPr="00940E94">
        <w:rPr>
          <w:lang w:val="de-DE"/>
        </w:rPr>
        <w:br/>
        <w:t>E-Mail:</w:t>
      </w:r>
      <w:r w:rsidR="00B62DF2" w:rsidRPr="00940E94">
        <w:rPr>
          <w:lang w:val="de-DE"/>
        </w:rPr>
        <w:t xml:space="preserve"> </w:t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tab/>
      </w:r>
      <w:r w:rsidR="001E1A24" w:rsidRPr="00940E94">
        <w:rPr>
          <w:lang w:val="pt-BR"/>
        </w:rPr>
        <w:fldChar w:fldCharType="begin">
          <w:ffData>
            <w:name w:val="Texto2"/>
            <w:enabled/>
            <w:calcOnExit w:val="0"/>
            <w:textInput/>
          </w:ffData>
        </w:fldChar>
      </w:r>
      <w:bookmarkStart w:id="1" w:name="Texto2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pt-BR"/>
        </w:rPr>
      </w:r>
      <w:r w:rsidR="001E1A24" w:rsidRPr="00940E94">
        <w:rPr>
          <w:lang w:val="pt-BR"/>
        </w:rPr>
        <w:fldChar w:fldCharType="separate"/>
      </w:r>
      <w:r w:rsidR="001E1A24" w:rsidRPr="00940E94">
        <w:rPr>
          <w:noProof/>
          <w:lang w:val="pt-BR"/>
        </w:rPr>
        <w:t> </w:t>
      </w:r>
      <w:r w:rsidR="001E1A24" w:rsidRPr="00940E94">
        <w:rPr>
          <w:noProof/>
          <w:lang w:val="pt-BR"/>
        </w:rPr>
        <w:t> </w:t>
      </w:r>
      <w:r w:rsidR="001E1A24" w:rsidRPr="00940E94">
        <w:rPr>
          <w:noProof/>
          <w:lang w:val="pt-BR"/>
        </w:rPr>
        <w:t> </w:t>
      </w:r>
      <w:r w:rsidR="001E1A24" w:rsidRPr="00940E94">
        <w:rPr>
          <w:noProof/>
          <w:lang w:val="pt-BR"/>
        </w:rPr>
        <w:t> </w:t>
      </w:r>
      <w:r w:rsidR="001E1A24" w:rsidRPr="00940E94">
        <w:rPr>
          <w:noProof/>
          <w:lang w:val="pt-BR"/>
        </w:rPr>
        <w:t> </w:t>
      </w:r>
      <w:r w:rsidR="001E1A24" w:rsidRPr="00940E94">
        <w:rPr>
          <w:lang w:val="pt-BR"/>
        </w:rPr>
        <w:fldChar w:fldCharType="end"/>
      </w:r>
      <w:bookmarkEnd w:id="1"/>
      <w:r w:rsidRPr="00940E94">
        <w:rPr>
          <w:lang w:val="de-DE"/>
        </w:rPr>
        <w:br/>
        <w:t>Telefon:</w:t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fldChar w:fldCharType="begin">
          <w:ffData>
            <w:name w:val="Texto3"/>
            <w:enabled/>
            <w:calcOnExit w:val="0"/>
            <w:textInput/>
          </w:ffData>
        </w:fldChar>
      </w:r>
      <w:bookmarkStart w:id="2" w:name="Texto3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2"/>
      <w:r w:rsidR="00940E94">
        <w:rPr>
          <w:lang w:val="de-DE"/>
        </w:rPr>
        <w:br/>
      </w:r>
    </w:p>
    <w:p w14:paraId="46A8B2B2" w14:textId="45701EF1" w:rsidR="00596FCC" w:rsidRPr="00940E94" w:rsidRDefault="005D23BB" w:rsidP="00940E94">
      <w:pPr>
        <w:pStyle w:val="Ttulo2"/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</w:pPr>
      <w:r w:rsidRPr="00940E94">
        <w:rPr>
          <w:color w:val="auto"/>
          <w:lang w:val="de-DE"/>
        </w:rPr>
        <w:t xml:space="preserve">B. </w:t>
      </w:r>
      <w:r w:rsidR="00597D6A" w:rsidRPr="00940E94">
        <w:rPr>
          <w:color w:val="auto"/>
          <w:lang w:val="de-DE"/>
        </w:rPr>
        <w:t>B</w:t>
      </w:r>
      <w:r w:rsidR="00BD4B84" w:rsidRPr="00940E94">
        <w:rPr>
          <w:color w:val="auto"/>
          <w:lang w:val="de-DE"/>
        </w:rPr>
        <w:t>eteiligte Institution</w:t>
      </w:r>
      <w:r w:rsidR="00597D6A" w:rsidRPr="00940E94">
        <w:rPr>
          <w:color w:val="auto"/>
          <w:lang w:val="de-DE"/>
        </w:rPr>
        <w:t>(</w:t>
      </w:r>
      <w:r w:rsidR="00BD4B84" w:rsidRPr="00940E94">
        <w:rPr>
          <w:color w:val="auto"/>
          <w:lang w:val="de-DE"/>
        </w:rPr>
        <w:t>en</w:t>
      </w:r>
      <w:r w:rsidR="00597D6A" w:rsidRPr="00940E94">
        <w:rPr>
          <w:color w:val="auto"/>
          <w:lang w:val="de-DE"/>
        </w:rPr>
        <w:t>)</w:t>
      </w:r>
      <w:r w:rsidR="00C30D13" w:rsidRPr="00940E94">
        <w:rPr>
          <w:color w:val="auto"/>
          <w:lang w:val="de-DE"/>
        </w:rPr>
        <w:t>:</w:t>
      </w:r>
    </w:p>
    <w:p w14:paraId="505FC6D1" w14:textId="0A7851C4" w:rsidR="005D23BB" w:rsidRPr="00940E94" w:rsidRDefault="00EF440E" w:rsidP="00940E94">
      <w:pPr>
        <w:pStyle w:val="Ttulo2"/>
        <w:spacing w:before="120"/>
        <w:rPr>
          <w:color w:val="auto"/>
          <w:sz w:val="16"/>
          <w:szCs w:val="16"/>
          <w:lang w:val="de-DE"/>
        </w:rPr>
      </w:pPr>
      <w:r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t>Brasilianische Projektpartner: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tab/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fldChar w:fldCharType="begin">
          <w:ffData>
            <w:name w:val="Texto5"/>
            <w:enabled/>
            <w:calcOnExit w:val="0"/>
            <w:textInput/>
          </w:ffData>
        </w:fldChar>
      </w:r>
      <w:bookmarkStart w:id="3" w:name="Texto5"/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instrText xml:space="preserve"> FORMTEXT </w:instrTex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fldChar w:fldCharType="separate"/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fldChar w:fldCharType="end"/>
      </w:r>
      <w:bookmarkEnd w:id="3"/>
      <w:r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br/>
      </w:r>
      <w:r w:rsidR="005D23BB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t xml:space="preserve">Weitere </w:t>
      </w:r>
      <w:r w:rsidR="00D25C28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t>beteiligte Institutionen</w:t>
      </w:r>
      <w:r w:rsidR="005D23BB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t xml:space="preserve">: 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fldChar w:fldCharType="begin">
          <w:ffData>
            <w:name w:val="Texto6"/>
            <w:enabled/>
            <w:calcOnExit w:val="0"/>
            <w:textInput/>
          </w:ffData>
        </w:fldChar>
      </w:r>
      <w:bookmarkStart w:id="4" w:name="Texto6"/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instrText xml:space="preserve"> FORMTEXT </w:instrTex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fldChar w:fldCharType="separate"/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noProof/>
          <w:color w:val="auto"/>
          <w:sz w:val="22"/>
          <w:szCs w:val="22"/>
          <w:lang w:val="de-DE"/>
        </w:rPr>
        <w:t> </w:t>
      </w:r>
      <w:r w:rsidR="001E1A24" w:rsidRP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fldChar w:fldCharType="end"/>
      </w:r>
      <w:bookmarkEnd w:id="4"/>
      <w:r w:rsidR="00940E94">
        <w:rPr>
          <w:rFonts w:asciiTheme="minorHAnsi" w:eastAsiaTheme="minorEastAsia" w:hAnsiTheme="minorHAnsi" w:cstheme="minorBidi"/>
          <w:b w:val="0"/>
          <w:bCs w:val="0"/>
          <w:color w:val="auto"/>
          <w:sz w:val="22"/>
          <w:szCs w:val="22"/>
          <w:lang w:val="de-DE"/>
        </w:rPr>
        <w:br/>
      </w:r>
      <w:r w:rsidR="001E1A24" w:rsidRPr="00940E94">
        <w:rPr>
          <w:color w:val="auto"/>
          <w:sz w:val="16"/>
          <w:szCs w:val="16"/>
          <w:lang w:val="de-DE"/>
        </w:rPr>
        <w:tab/>
      </w:r>
    </w:p>
    <w:p w14:paraId="519C72D5" w14:textId="4A7BC9E5" w:rsidR="007B6F2C" w:rsidRPr="00940E94" w:rsidRDefault="002206E6" w:rsidP="00940E94">
      <w:pPr>
        <w:pStyle w:val="Ttulo2"/>
        <w:rPr>
          <w:color w:val="auto"/>
          <w:lang w:val="de-DE"/>
        </w:rPr>
      </w:pPr>
      <w:r w:rsidRPr="00940E94">
        <w:rPr>
          <w:color w:val="auto"/>
          <w:lang w:val="de-DE"/>
        </w:rPr>
        <w:t>C</w:t>
      </w:r>
      <w:r w:rsidR="00F9451F" w:rsidRPr="00940E94">
        <w:rPr>
          <w:color w:val="auto"/>
          <w:lang w:val="de-DE"/>
        </w:rPr>
        <w:t>. Projektgrunddaten</w:t>
      </w:r>
    </w:p>
    <w:p w14:paraId="79EE31D6" w14:textId="2C585BC0" w:rsidR="007B6F2C" w:rsidRPr="00940E94" w:rsidRDefault="00F9451F">
      <w:pPr>
        <w:rPr>
          <w:sz w:val="16"/>
          <w:szCs w:val="16"/>
          <w:lang w:val="de-DE"/>
        </w:rPr>
      </w:pPr>
      <w:r w:rsidRPr="00940E94">
        <w:rPr>
          <w:lang w:val="de-DE"/>
        </w:rPr>
        <w:t>Projekttitel (Arbeitstitel):</w:t>
      </w:r>
      <w:r w:rsidR="001E1A24" w:rsidRPr="00940E94">
        <w:rPr>
          <w:lang w:val="de-DE"/>
        </w:rPr>
        <w:t xml:space="preserve"> </w:t>
      </w:r>
      <w:r w:rsidR="001E1A24" w:rsidRPr="00940E94">
        <w:rPr>
          <w:lang w:val="de-DE"/>
        </w:rPr>
        <w:fldChar w:fldCharType="begin">
          <w:ffData>
            <w:name w:val="Texto7"/>
            <w:enabled/>
            <w:calcOnExit w:val="0"/>
            <w:textInput/>
          </w:ffData>
        </w:fldChar>
      </w:r>
      <w:bookmarkStart w:id="5" w:name="Texto7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5"/>
      <w:r w:rsidRPr="00940E94">
        <w:rPr>
          <w:lang w:val="de-DE"/>
        </w:rPr>
        <w:br/>
      </w:r>
      <w:r w:rsidRPr="00940E94">
        <w:rPr>
          <w:lang w:val="de-DE"/>
        </w:rPr>
        <w:br/>
        <w:t>Geplanter Zeitraum:</w:t>
      </w:r>
      <w:r w:rsidR="007A534B" w:rsidRPr="00940E94">
        <w:rPr>
          <w:lang w:val="de-DE"/>
        </w:rPr>
        <w:t xml:space="preserve"> </w:t>
      </w:r>
      <w:r w:rsidRPr="00940E94">
        <w:rPr>
          <w:lang w:val="de-DE"/>
        </w:rPr>
        <w:br/>
        <w:t>Von:</w:t>
      </w:r>
      <w:r w:rsidR="001E1A24" w:rsidRPr="00940E94">
        <w:rPr>
          <w:lang w:val="de-DE"/>
        </w:rPr>
        <w:t xml:space="preserve"> </w:t>
      </w:r>
      <w:r w:rsidR="001E1A24" w:rsidRPr="00940E94">
        <w:rPr>
          <w:lang w:val="de-DE"/>
        </w:rPr>
        <w:fldChar w:fldCharType="begin">
          <w:ffData>
            <w:name w:val="Texto8"/>
            <w:enabled/>
            <w:calcOnExit w:val="0"/>
            <w:textInput/>
          </w:ffData>
        </w:fldChar>
      </w:r>
      <w:bookmarkStart w:id="6" w:name="Texto8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6"/>
      <w:r w:rsidRPr="00940E94">
        <w:rPr>
          <w:lang w:val="de-DE"/>
        </w:rPr>
        <w:t xml:space="preserve">        Bis:</w:t>
      </w:r>
      <w:r w:rsidR="001E1A24" w:rsidRPr="00940E94">
        <w:rPr>
          <w:lang w:val="de-DE"/>
        </w:rPr>
        <w:t xml:space="preserve"> </w:t>
      </w:r>
      <w:r w:rsidR="001E1A24" w:rsidRPr="00940E94">
        <w:rPr>
          <w:lang w:val="de-DE"/>
        </w:rPr>
        <w:fldChar w:fldCharType="begin">
          <w:ffData>
            <w:name w:val="Texto9"/>
            <w:enabled/>
            <w:calcOnExit w:val="0"/>
            <w:textInput/>
          </w:ffData>
        </w:fldChar>
      </w:r>
      <w:bookmarkStart w:id="7" w:name="Texto9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7"/>
      <w:r w:rsidRPr="00940E94">
        <w:rPr>
          <w:lang w:val="de-DE"/>
        </w:rPr>
        <w:br/>
      </w:r>
      <w:r w:rsidRPr="00940E94">
        <w:rPr>
          <w:lang w:val="de-DE"/>
        </w:rPr>
        <w:br/>
        <w:t>Ort(e) der Durchführung in Brasilien:</w:t>
      </w:r>
      <w:r w:rsidR="001E1A24" w:rsidRPr="00940E94">
        <w:rPr>
          <w:lang w:val="de-DE"/>
        </w:rPr>
        <w:t xml:space="preserve"> </w:t>
      </w:r>
      <w:r w:rsidR="001E1A24" w:rsidRPr="00940E94">
        <w:rPr>
          <w:lang w:val="de-DE"/>
        </w:rPr>
        <w:fldChar w:fldCharType="begin">
          <w:ffData>
            <w:name w:val="Texto10"/>
            <w:enabled/>
            <w:calcOnExit w:val="0"/>
            <w:textInput/>
          </w:ffData>
        </w:fldChar>
      </w:r>
      <w:bookmarkStart w:id="8" w:name="Texto10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8"/>
      <w:r w:rsidRPr="00940E94">
        <w:rPr>
          <w:lang w:val="de-DE"/>
        </w:rPr>
        <w:br/>
      </w:r>
    </w:p>
    <w:p w14:paraId="41FAE47D" w14:textId="09FD36C7" w:rsidR="007B6F2C" w:rsidRPr="00940E94" w:rsidRDefault="00D900F4">
      <w:pPr>
        <w:pStyle w:val="Ttulo2"/>
        <w:rPr>
          <w:color w:val="auto"/>
          <w:lang w:val="de-DE"/>
        </w:rPr>
      </w:pPr>
      <w:r w:rsidRPr="00940E94">
        <w:rPr>
          <w:color w:val="auto"/>
          <w:lang w:val="de-DE"/>
        </w:rPr>
        <w:t>D</w:t>
      </w:r>
      <w:r w:rsidR="00F9451F" w:rsidRPr="00940E94">
        <w:rPr>
          <w:color w:val="auto"/>
          <w:lang w:val="de-DE"/>
        </w:rPr>
        <w:t>. Thematische Zuordnung (mind. 1, max. 2)</w:t>
      </w:r>
    </w:p>
    <w:p w14:paraId="6B099692" w14:textId="522B28F0" w:rsidR="00371C18" w:rsidRPr="00940E94" w:rsidRDefault="009122CA">
      <w:pPr>
        <w:rPr>
          <w:lang w:val="de-DE"/>
        </w:rPr>
      </w:pPr>
      <w:sdt>
        <w:sdtPr>
          <w:rPr>
            <w:lang w:val="de-DE"/>
          </w:rPr>
          <w:id w:val="-16993832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A. Innovationsforschung</w:t>
      </w:r>
      <w:r w:rsidR="00F9451F" w:rsidRPr="00940E94">
        <w:rPr>
          <w:lang w:val="de-DE"/>
        </w:rPr>
        <w:br/>
      </w:r>
      <w:sdt>
        <w:sdtPr>
          <w:rPr>
            <w:lang w:val="de-DE"/>
          </w:rPr>
          <w:id w:val="165417951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B. Wissenschaftskommunikation</w:t>
      </w:r>
      <w:r w:rsidR="00F9451F" w:rsidRPr="00940E94">
        <w:rPr>
          <w:lang w:val="de-DE"/>
        </w:rPr>
        <w:br/>
      </w:r>
      <w:sdt>
        <w:sdtPr>
          <w:rPr>
            <w:lang w:val="de-DE"/>
          </w:rPr>
          <w:id w:val="1708752272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C. Science </w:t>
      </w:r>
      <w:proofErr w:type="spellStart"/>
      <w:r w:rsidR="00F9451F" w:rsidRPr="00940E94">
        <w:rPr>
          <w:lang w:val="de-DE"/>
        </w:rPr>
        <w:t>for</w:t>
      </w:r>
      <w:proofErr w:type="spellEnd"/>
      <w:r w:rsidR="00F9451F" w:rsidRPr="00940E94">
        <w:rPr>
          <w:lang w:val="de-DE"/>
        </w:rPr>
        <w:t xml:space="preserve"> Society</w:t>
      </w:r>
      <w:r w:rsidR="00F9451F" w:rsidRPr="00940E94">
        <w:rPr>
          <w:lang w:val="de-DE"/>
        </w:rPr>
        <w:br/>
      </w:r>
      <w:sdt>
        <w:sdtPr>
          <w:rPr>
            <w:lang w:val="de-DE"/>
          </w:rPr>
          <w:id w:val="80913566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D. High-Tech-Agenda</w:t>
      </w:r>
      <w:r w:rsidR="00F9451F" w:rsidRPr="00940E94">
        <w:rPr>
          <w:lang w:val="de-DE"/>
        </w:rPr>
        <w:br/>
      </w:r>
      <w:r w:rsidR="00F9451F" w:rsidRPr="00940E94">
        <w:rPr>
          <w:sz w:val="16"/>
          <w:szCs w:val="16"/>
          <w:lang w:val="de-DE"/>
        </w:rPr>
        <w:br/>
      </w:r>
      <w:r w:rsidR="00F9451F" w:rsidRPr="00940E94">
        <w:rPr>
          <w:lang w:val="de-DE"/>
        </w:rPr>
        <w:t>Falls D:</w:t>
      </w:r>
      <w:r w:rsidR="00F9451F" w:rsidRPr="00940E94">
        <w:rPr>
          <w:lang w:val="de-DE"/>
        </w:rPr>
        <w:br/>
      </w:r>
      <w:sdt>
        <w:sdtPr>
          <w:rPr>
            <w:lang w:val="de-DE"/>
          </w:rPr>
          <w:id w:val="69288617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</w:t>
      </w:r>
      <w:r w:rsidR="000F630E" w:rsidRPr="00940E94">
        <w:rPr>
          <w:lang w:val="de-DE"/>
        </w:rPr>
        <w:t>Künstliche Intelligenz</w:t>
      </w:r>
      <w:r w:rsidR="000F630E" w:rsidRPr="00940E94">
        <w:rPr>
          <w:lang w:val="de-DE"/>
        </w:rPr>
        <w:br/>
      </w:r>
      <w:sdt>
        <w:sdtPr>
          <w:rPr>
            <w:lang w:val="de-DE"/>
          </w:rPr>
          <w:id w:val="52221140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C18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71C18" w:rsidRPr="00940E94">
        <w:rPr>
          <w:lang w:val="de-DE"/>
        </w:rPr>
        <w:t xml:space="preserve"> Quantentechnologien</w:t>
      </w:r>
      <w:r w:rsidR="00371C18" w:rsidRPr="00940E94">
        <w:rPr>
          <w:lang w:val="de-DE"/>
        </w:rPr>
        <w:br/>
      </w:r>
      <w:sdt>
        <w:sdtPr>
          <w:rPr>
            <w:lang w:val="de-DE"/>
          </w:rPr>
          <w:id w:val="-130045207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C18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71C18" w:rsidRPr="00940E94">
        <w:rPr>
          <w:lang w:val="de-DE"/>
        </w:rPr>
        <w:t xml:space="preserve"> </w:t>
      </w:r>
      <w:r w:rsidR="00E33156" w:rsidRPr="00940E94">
        <w:rPr>
          <w:lang w:val="de-DE"/>
        </w:rPr>
        <w:t>Mikroelektronik</w:t>
      </w:r>
    </w:p>
    <w:p w14:paraId="511C7217" w14:textId="6A8BDE77" w:rsidR="007B6F2C" w:rsidRPr="003713CF" w:rsidRDefault="009122CA">
      <w:pPr>
        <w:rPr>
          <w:sz w:val="14"/>
          <w:szCs w:val="14"/>
          <w:lang w:val="de-DE"/>
        </w:rPr>
      </w:pPr>
      <w:sdt>
        <w:sdtPr>
          <w:rPr>
            <w:lang w:val="de-DE"/>
          </w:rPr>
          <w:id w:val="-177770519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C18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71C18" w:rsidRPr="00940E94">
        <w:rPr>
          <w:lang w:val="de-DE"/>
        </w:rPr>
        <w:t xml:space="preserve"> </w:t>
      </w:r>
      <w:r w:rsidR="00E33156" w:rsidRPr="00940E94">
        <w:rPr>
          <w:lang w:val="de-DE"/>
        </w:rPr>
        <w:t>Biotechnologie</w:t>
      </w:r>
      <w:r w:rsidR="00371C18" w:rsidRPr="00940E94">
        <w:rPr>
          <w:lang w:val="de-DE"/>
        </w:rPr>
        <w:br/>
      </w:r>
      <w:sdt>
        <w:sdtPr>
          <w:rPr>
            <w:lang w:val="de-DE"/>
          </w:rPr>
          <w:id w:val="102097113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C18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71C18" w:rsidRPr="00940E94">
        <w:rPr>
          <w:lang w:val="de-DE"/>
        </w:rPr>
        <w:t xml:space="preserve"> </w:t>
      </w:r>
      <w:r w:rsidR="00E33156" w:rsidRPr="00940E94">
        <w:rPr>
          <w:lang w:val="de-DE"/>
        </w:rPr>
        <w:t>Fusion und klimaneutrale Energieerzeugung</w:t>
      </w:r>
      <w:r w:rsidR="00371C18" w:rsidRPr="00940E94">
        <w:rPr>
          <w:lang w:val="de-DE"/>
        </w:rPr>
        <w:br/>
      </w:r>
      <w:sdt>
        <w:sdtPr>
          <w:rPr>
            <w:lang w:val="de-DE"/>
          </w:rPr>
          <w:id w:val="85022904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371C18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371C18" w:rsidRPr="00940E94">
        <w:rPr>
          <w:lang w:val="de-DE"/>
        </w:rPr>
        <w:t xml:space="preserve"> </w:t>
      </w:r>
      <w:r w:rsidR="00E33156" w:rsidRPr="00940E94">
        <w:rPr>
          <w:lang w:val="de-DE"/>
        </w:rPr>
        <w:t>Technologien für klimaneutrale Mobilität</w:t>
      </w:r>
      <w:r w:rsidR="00371C18" w:rsidRPr="00940E94">
        <w:rPr>
          <w:lang w:val="de-DE"/>
        </w:rPr>
        <w:br/>
      </w:r>
    </w:p>
    <w:p w14:paraId="4B51BEA9" w14:textId="1410D53C" w:rsidR="007B6F2C" w:rsidRPr="00940E94" w:rsidRDefault="00D900F4">
      <w:pPr>
        <w:pStyle w:val="Ttulo2"/>
        <w:rPr>
          <w:color w:val="auto"/>
          <w:lang w:val="de-DE"/>
        </w:rPr>
      </w:pPr>
      <w:r w:rsidRPr="00940E94">
        <w:rPr>
          <w:color w:val="auto"/>
          <w:lang w:val="de-DE"/>
        </w:rPr>
        <w:t>E</w:t>
      </w:r>
      <w:r w:rsidR="00F9451F" w:rsidRPr="00940E94">
        <w:rPr>
          <w:color w:val="auto"/>
          <w:lang w:val="de-DE"/>
        </w:rPr>
        <w:t>. Projektform</w:t>
      </w:r>
    </w:p>
    <w:p w14:paraId="1A0C3F3A" w14:textId="5FCCE4F5" w:rsidR="007B6F2C" w:rsidRPr="003713CF" w:rsidRDefault="00F9451F">
      <w:pPr>
        <w:rPr>
          <w:sz w:val="14"/>
          <w:szCs w:val="14"/>
          <w:lang w:val="de-DE"/>
        </w:rPr>
      </w:pPr>
      <w:r w:rsidRPr="00940E94">
        <w:rPr>
          <w:lang w:val="de-DE"/>
        </w:rPr>
        <w:t>Art des Projekts</w:t>
      </w:r>
      <w:r w:rsidR="00B74E06" w:rsidRPr="00940E94">
        <w:rPr>
          <w:lang w:val="de-DE"/>
        </w:rPr>
        <w:t xml:space="preserve"> (kombinierte Formate sind möglich)</w:t>
      </w:r>
      <w:r w:rsidRPr="00940E94">
        <w:rPr>
          <w:lang w:val="de-DE"/>
        </w:rPr>
        <w:t>:</w:t>
      </w:r>
      <w:r w:rsidRPr="00940E94">
        <w:rPr>
          <w:lang w:val="de-DE"/>
        </w:rPr>
        <w:br/>
      </w:r>
      <w:sdt>
        <w:sdtPr>
          <w:rPr>
            <w:lang w:val="de-DE"/>
          </w:rPr>
          <w:id w:val="9285455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Veranstaltung / Event</w:t>
      </w:r>
      <w:r w:rsidRPr="00940E94">
        <w:rPr>
          <w:lang w:val="de-DE"/>
        </w:rPr>
        <w:br/>
      </w:r>
      <w:sdt>
        <w:sdtPr>
          <w:rPr>
            <w:lang w:val="de-DE"/>
          </w:rPr>
          <w:id w:val="179509996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Dialog- oder Austauschformat</w:t>
      </w:r>
      <w:r w:rsidRPr="00940E94">
        <w:rPr>
          <w:lang w:val="de-DE"/>
        </w:rPr>
        <w:br/>
      </w:r>
      <w:sdt>
        <w:sdtPr>
          <w:rPr>
            <w:lang w:val="de-DE"/>
          </w:rPr>
          <w:id w:val="90903929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Studie / Analyse / Mapping</w:t>
      </w:r>
      <w:r w:rsidRPr="00940E94">
        <w:rPr>
          <w:lang w:val="de-DE"/>
        </w:rPr>
        <w:br/>
      </w:r>
      <w:sdt>
        <w:sdtPr>
          <w:rPr>
            <w:lang w:val="de-DE"/>
          </w:rPr>
          <w:id w:val="-187545821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Sonstiges:</w:t>
      </w:r>
      <w:r w:rsidR="00CD4580" w:rsidRPr="00940E94">
        <w:rPr>
          <w:lang w:val="de-DE"/>
        </w:rPr>
        <w:t xml:space="preserve"> </w:t>
      </w:r>
      <w:r w:rsidR="0003056A" w:rsidRPr="00940E94">
        <w:rPr>
          <w:lang w:val="de-DE"/>
        </w:rPr>
        <w:fldChar w:fldCharType="begin">
          <w:ffData>
            <w:name w:val="Texto15"/>
            <w:enabled/>
            <w:calcOnExit w:val="0"/>
            <w:textInput/>
          </w:ffData>
        </w:fldChar>
      </w:r>
      <w:bookmarkStart w:id="9" w:name="Texto15"/>
      <w:r w:rsidR="0003056A" w:rsidRPr="00940E94">
        <w:rPr>
          <w:lang w:val="de-DE"/>
        </w:rPr>
        <w:instrText xml:space="preserve"> FORMTEXT </w:instrText>
      </w:r>
      <w:r w:rsidR="0003056A" w:rsidRPr="00940E94">
        <w:rPr>
          <w:lang w:val="de-DE"/>
        </w:rPr>
      </w:r>
      <w:r w:rsidR="0003056A" w:rsidRPr="00940E94">
        <w:rPr>
          <w:lang w:val="de-DE"/>
        </w:rPr>
        <w:fldChar w:fldCharType="separate"/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lang w:val="de-DE"/>
        </w:rPr>
        <w:fldChar w:fldCharType="end"/>
      </w:r>
      <w:bookmarkEnd w:id="9"/>
      <w:r w:rsidRPr="00940E94">
        <w:rPr>
          <w:lang w:val="de-DE"/>
        </w:rPr>
        <w:br/>
      </w:r>
    </w:p>
    <w:p w14:paraId="7A973C36" w14:textId="336593B5" w:rsidR="007B6F2C" w:rsidRPr="00940E94" w:rsidRDefault="00D900F4">
      <w:pPr>
        <w:pStyle w:val="Ttulo2"/>
        <w:rPr>
          <w:color w:val="auto"/>
          <w:lang w:val="de-DE"/>
        </w:rPr>
      </w:pPr>
      <w:r w:rsidRPr="00940E94">
        <w:rPr>
          <w:color w:val="auto"/>
          <w:lang w:val="de-DE"/>
        </w:rPr>
        <w:t>F</w:t>
      </w:r>
      <w:r w:rsidR="00F9451F" w:rsidRPr="00940E94">
        <w:rPr>
          <w:color w:val="auto"/>
          <w:lang w:val="de-DE"/>
        </w:rPr>
        <w:t>. Finanzrahmen (Kurzangaben)</w:t>
      </w:r>
    </w:p>
    <w:p w14:paraId="16EDE1B9" w14:textId="5AE061B7" w:rsidR="007B6F2C" w:rsidRPr="003713CF" w:rsidRDefault="00F9451F">
      <w:pPr>
        <w:rPr>
          <w:sz w:val="14"/>
          <w:szCs w:val="14"/>
          <w:lang w:val="de-DE"/>
        </w:rPr>
      </w:pPr>
      <w:r w:rsidRPr="00940E94">
        <w:rPr>
          <w:lang w:val="de-DE"/>
        </w:rPr>
        <w:t>Gesamtkosten des Projekts (EUR):</w:t>
      </w:r>
      <w:r w:rsidR="000722DC" w:rsidRPr="00940E94">
        <w:rPr>
          <w:lang w:val="de-DE"/>
        </w:rPr>
        <w:t xml:space="preserve"> </w:t>
      </w:r>
      <w:r w:rsidR="000722DC" w:rsidRPr="00940E94">
        <w:rPr>
          <w:lang w:val="de-DE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="000722DC" w:rsidRPr="00940E94">
        <w:rPr>
          <w:lang w:val="de-DE"/>
        </w:rPr>
        <w:instrText xml:space="preserve"> FORMTEXT </w:instrText>
      </w:r>
      <w:r w:rsidR="000722DC" w:rsidRPr="00940E94">
        <w:rPr>
          <w:lang w:val="de-DE"/>
        </w:rPr>
      </w:r>
      <w:r w:rsidR="000722DC" w:rsidRPr="00940E94">
        <w:rPr>
          <w:lang w:val="de-DE"/>
        </w:rPr>
        <w:fldChar w:fldCharType="separate"/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lang w:val="de-DE"/>
        </w:rPr>
        <w:fldChar w:fldCharType="end"/>
      </w:r>
      <w:r w:rsidRPr="00940E94">
        <w:rPr>
          <w:lang w:val="de-DE"/>
        </w:rPr>
        <w:br/>
        <w:t>Beantragte Bezuschussung durch das DWIH (EUR):</w:t>
      </w:r>
      <w:r w:rsidR="000722DC" w:rsidRPr="00940E94">
        <w:rPr>
          <w:lang w:val="de-DE"/>
        </w:rPr>
        <w:t xml:space="preserve"> </w:t>
      </w:r>
      <w:r w:rsidR="000722DC" w:rsidRPr="00940E94">
        <w:rPr>
          <w:lang w:val="de-DE"/>
        </w:rPr>
        <w:fldChar w:fldCharType="begin">
          <w:ffData>
            <w:name w:val="Texto15"/>
            <w:enabled/>
            <w:calcOnExit w:val="0"/>
            <w:textInput/>
          </w:ffData>
        </w:fldChar>
      </w:r>
      <w:r w:rsidR="000722DC" w:rsidRPr="00940E94">
        <w:rPr>
          <w:lang w:val="de-DE"/>
        </w:rPr>
        <w:instrText xml:space="preserve"> FORMTEXT </w:instrText>
      </w:r>
      <w:r w:rsidR="000722DC" w:rsidRPr="00940E94">
        <w:rPr>
          <w:lang w:val="de-DE"/>
        </w:rPr>
      </w:r>
      <w:r w:rsidR="000722DC" w:rsidRPr="00940E94">
        <w:rPr>
          <w:lang w:val="de-DE"/>
        </w:rPr>
        <w:fldChar w:fldCharType="separate"/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noProof/>
          <w:lang w:val="de-DE"/>
        </w:rPr>
        <w:t> </w:t>
      </w:r>
      <w:r w:rsidR="000722DC" w:rsidRPr="00940E94">
        <w:rPr>
          <w:lang w:val="de-DE"/>
        </w:rPr>
        <w:fldChar w:fldCharType="end"/>
      </w:r>
      <w:r w:rsidRPr="00940E94">
        <w:rPr>
          <w:lang w:val="de-DE"/>
        </w:rPr>
        <w:br/>
      </w:r>
      <w:r w:rsidRPr="00940E94">
        <w:rPr>
          <w:lang w:val="de-DE"/>
        </w:rPr>
        <w:br/>
      </w:r>
      <w:sdt>
        <w:sdtPr>
          <w:rPr>
            <w:lang w:val="de-DE"/>
          </w:rPr>
          <w:id w:val="-19539292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Hauptunterstützer (bis 8.000 EUR)</w:t>
      </w:r>
      <w:r w:rsidRPr="00940E94">
        <w:rPr>
          <w:lang w:val="de-DE"/>
        </w:rPr>
        <w:br/>
      </w:r>
      <w:sdt>
        <w:sdtPr>
          <w:rPr>
            <w:lang w:val="de-DE"/>
          </w:rPr>
          <w:id w:val="-465812375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Assoziierter Unterstützer (bis 5.000 EUR, mind. 50 % Eigenanteil)</w:t>
      </w:r>
      <w:r w:rsidRPr="00940E94">
        <w:rPr>
          <w:lang w:val="de-DE"/>
        </w:rPr>
        <w:br/>
      </w:r>
      <w:sdt>
        <w:sdtPr>
          <w:rPr>
            <w:lang w:val="de-DE"/>
          </w:rPr>
          <w:id w:val="40149193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Gemeinsamer Antrag (kumuliert bis 20.000 EUR)</w:t>
      </w:r>
      <w:r w:rsidRPr="00940E94">
        <w:rPr>
          <w:lang w:val="de-DE"/>
        </w:rPr>
        <w:br/>
      </w:r>
      <w:r w:rsidRPr="00940E94">
        <w:rPr>
          <w:lang w:val="de-DE"/>
        </w:rPr>
        <w:br/>
      </w:r>
      <w:sdt>
        <w:sdtPr>
          <w:rPr>
            <w:lang w:val="de-DE"/>
          </w:rPr>
          <w:id w:val="-92186789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Pr="00940E94">
        <w:rPr>
          <w:lang w:val="de-DE"/>
        </w:rPr>
        <w:t xml:space="preserve"> Kostenkalkulation (Excel) beigefügt</w:t>
      </w:r>
      <w:r w:rsidR="0003056A" w:rsidRPr="00940E94">
        <w:rPr>
          <w:lang w:val="de-DE"/>
        </w:rPr>
        <w:br/>
      </w:r>
    </w:p>
    <w:p w14:paraId="5CCB8D83" w14:textId="2093B913" w:rsidR="008F62BC" w:rsidRPr="00940E94" w:rsidRDefault="00D900F4" w:rsidP="008F62BC">
      <w:pPr>
        <w:pStyle w:val="Ttulo2"/>
        <w:rPr>
          <w:color w:val="auto"/>
          <w:lang w:val="de-DE"/>
        </w:rPr>
      </w:pPr>
      <w:r w:rsidRPr="00940E94">
        <w:rPr>
          <w:color w:val="auto"/>
          <w:lang w:val="de-DE"/>
        </w:rPr>
        <w:t>G</w:t>
      </w:r>
      <w:r w:rsidR="008F62BC" w:rsidRPr="00940E94">
        <w:rPr>
          <w:color w:val="auto"/>
          <w:lang w:val="de-DE"/>
        </w:rPr>
        <w:t xml:space="preserve">. </w:t>
      </w:r>
      <w:r w:rsidR="00ED53CD" w:rsidRPr="00940E94">
        <w:rPr>
          <w:color w:val="auto"/>
          <w:lang w:val="de-DE"/>
        </w:rPr>
        <w:t>Erwartete Beiträge des DWIH</w:t>
      </w:r>
      <w:r w:rsidR="00E92FF5" w:rsidRPr="00940E94">
        <w:rPr>
          <w:color w:val="auto"/>
          <w:lang w:val="de-DE"/>
        </w:rPr>
        <w:t xml:space="preserve"> São Paulo</w:t>
      </w:r>
    </w:p>
    <w:p w14:paraId="4C6AECE1" w14:textId="5E2FC739" w:rsidR="00B56D35" w:rsidRPr="003713CF" w:rsidRDefault="009122CA" w:rsidP="00B56D35">
      <w:pPr>
        <w:rPr>
          <w:sz w:val="14"/>
          <w:szCs w:val="14"/>
          <w:lang w:val="de-DE"/>
        </w:rPr>
      </w:pPr>
      <w:sdt>
        <w:sdtPr>
          <w:rPr>
            <w:rFonts w:ascii="Segoe UI Symbol" w:hAnsi="Segoe UI Symbol" w:cs="Segoe UI Symbol"/>
            <w:lang w:val="de-DE"/>
          </w:rPr>
          <w:id w:val="212872580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A14C1B" w:rsidRPr="00940E94">
        <w:rPr>
          <w:lang w:val="de-DE"/>
        </w:rPr>
        <w:t xml:space="preserve"> Öffentlichkeitsarbeit</w:t>
      </w:r>
      <w:r w:rsidR="00EA098E" w:rsidRPr="00940E94">
        <w:rPr>
          <w:lang w:val="de-DE"/>
        </w:rPr>
        <w:t xml:space="preserve"> / </w:t>
      </w:r>
      <w:r w:rsidR="00A14C1B" w:rsidRPr="00940E94">
        <w:rPr>
          <w:lang w:val="de-DE"/>
        </w:rPr>
        <w:t>Pressearbeit</w:t>
      </w:r>
      <w:r w:rsidR="00A14C1B" w:rsidRPr="00940E94">
        <w:rPr>
          <w:lang w:val="de-DE"/>
        </w:rPr>
        <w:br/>
      </w:r>
      <w:sdt>
        <w:sdtPr>
          <w:rPr>
            <w:rFonts w:ascii="Segoe UI Symbol" w:hAnsi="Segoe UI Symbol" w:cs="Segoe UI Symbol"/>
            <w:lang w:val="de-DE"/>
          </w:rPr>
          <w:id w:val="16090336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B56D35" w:rsidRPr="00940E94">
        <w:rPr>
          <w:lang w:val="de-DE"/>
        </w:rPr>
        <w:t xml:space="preserve"> Grußwort </w:t>
      </w:r>
      <w:r w:rsidR="008020BA" w:rsidRPr="00940E94">
        <w:rPr>
          <w:lang w:val="de-DE"/>
        </w:rPr>
        <w:t>bei Eröffnung</w:t>
      </w:r>
      <w:r w:rsidR="00E04709" w:rsidRPr="00940E94">
        <w:rPr>
          <w:lang w:val="de-DE"/>
        </w:rPr>
        <w:br/>
      </w:r>
      <w:sdt>
        <w:sdtPr>
          <w:rPr>
            <w:lang w:val="de-DE"/>
          </w:rPr>
          <w:id w:val="241458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E04709" w:rsidRPr="00940E94">
            <w:rPr>
              <w:rFonts w:ascii="MS Gothic" w:eastAsia="MS Gothic" w:hAnsi="MS Gothic"/>
              <w:lang w:val="de-DE"/>
            </w:rPr>
            <w:t>☐</w:t>
          </w:r>
        </w:sdtContent>
      </w:sdt>
      <w:r w:rsidR="00E04709" w:rsidRPr="00940E94">
        <w:rPr>
          <w:lang w:val="de-DE"/>
        </w:rPr>
        <w:t xml:space="preserve"> </w:t>
      </w:r>
      <w:r w:rsidR="00A14C1B" w:rsidRPr="00940E94">
        <w:rPr>
          <w:lang w:val="de-DE"/>
        </w:rPr>
        <w:t>Vortrag über das DWIH São Paulo</w:t>
      </w:r>
      <w:r w:rsidR="00E04709" w:rsidRPr="00940E94">
        <w:rPr>
          <w:lang w:val="de-DE"/>
        </w:rPr>
        <w:t xml:space="preserve"> </w:t>
      </w:r>
      <w:r w:rsidR="00A14C1B" w:rsidRPr="00940E94">
        <w:rPr>
          <w:lang w:val="de-DE"/>
        </w:rPr>
        <w:t>oder ein anderes Thema</w:t>
      </w:r>
      <w:r w:rsidR="00A14C1B" w:rsidRPr="00940E94">
        <w:rPr>
          <w:lang w:val="de-DE"/>
        </w:rPr>
        <w:br/>
      </w:r>
      <w:sdt>
        <w:sdtPr>
          <w:rPr>
            <w:rFonts w:ascii="Segoe UI Symbol" w:hAnsi="Segoe UI Symbol" w:cs="Segoe UI Symbol"/>
            <w:lang w:val="de-DE"/>
          </w:rPr>
          <w:id w:val="146636663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A14C1B" w:rsidRPr="00940E94">
        <w:rPr>
          <w:lang w:val="de-DE"/>
        </w:rPr>
        <w:t xml:space="preserve"> Organisation einer </w:t>
      </w:r>
      <w:r w:rsidR="00B539A6" w:rsidRPr="00940E94">
        <w:rPr>
          <w:lang w:val="de-DE"/>
        </w:rPr>
        <w:t xml:space="preserve">thematischen </w:t>
      </w:r>
      <w:r w:rsidR="00A14C1B" w:rsidRPr="00940E94">
        <w:rPr>
          <w:lang w:val="de-DE"/>
        </w:rPr>
        <w:t>Session</w:t>
      </w:r>
      <w:r w:rsidR="00E04709" w:rsidRPr="00940E94">
        <w:rPr>
          <w:lang w:val="de-DE"/>
        </w:rPr>
        <w:t xml:space="preserve"> </w:t>
      </w:r>
      <w:r w:rsidR="00B539A6" w:rsidRPr="00940E94">
        <w:rPr>
          <w:lang w:val="de-DE"/>
        </w:rPr>
        <w:t>(z.B. Forschungs- und Fördermöglichkeiten)</w:t>
      </w:r>
      <w:r w:rsidR="00A14C1B" w:rsidRPr="00940E94">
        <w:rPr>
          <w:rFonts w:ascii="Segoe UI Symbol" w:hAnsi="Segoe UI Symbol" w:cs="Segoe UI Symbol"/>
          <w:lang w:val="de-DE"/>
        </w:rPr>
        <w:br/>
      </w:r>
      <w:sdt>
        <w:sdtPr>
          <w:rPr>
            <w:rFonts w:ascii="Segoe UI Symbol" w:hAnsi="Segoe UI Symbol" w:cs="Segoe UI Symbol"/>
            <w:lang w:val="de-DE"/>
          </w:rPr>
          <w:id w:val="-1419705779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7B021F" w:rsidRPr="00940E94">
        <w:rPr>
          <w:lang w:val="de-DE"/>
        </w:rPr>
        <w:t xml:space="preserve"> Schirmherr</w:t>
      </w:r>
      <w:r w:rsidR="002A1808" w:rsidRPr="00940E94">
        <w:rPr>
          <w:lang w:val="de-DE"/>
        </w:rPr>
        <w:t>schaft bzw. Co-Branding</w:t>
      </w:r>
      <w:r w:rsidR="00F81EF2" w:rsidRPr="00940E94">
        <w:rPr>
          <w:lang w:val="de-DE"/>
        </w:rPr>
        <w:br/>
      </w:r>
      <w:sdt>
        <w:sdtPr>
          <w:rPr>
            <w:rFonts w:ascii="Segoe UI Symbol" w:hAnsi="Segoe UI Symbol" w:cs="Segoe UI Symbol"/>
            <w:lang w:val="de-DE"/>
          </w:rPr>
          <w:id w:val="210692047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B629AB" w:rsidRPr="00940E94">
        <w:rPr>
          <w:rFonts w:ascii="Segoe UI Symbol" w:hAnsi="Segoe UI Symbol" w:cs="Segoe UI Symbol"/>
          <w:lang w:val="de-DE"/>
        </w:rPr>
        <w:t xml:space="preserve"> </w:t>
      </w:r>
      <w:r w:rsidR="00B629AB" w:rsidRPr="00940E94">
        <w:rPr>
          <w:lang w:val="de-DE"/>
        </w:rPr>
        <w:t>Inhaltlich</w:t>
      </w:r>
      <w:r w:rsidR="009F6386" w:rsidRPr="00940E94">
        <w:rPr>
          <w:lang w:val="de-DE"/>
        </w:rPr>
        <w:t>e</w:t>
      </w:r>
      <w:r w:rsidR="00E45D34" w:rsidRPr="00940E94">
        <w:rPr>
          <w:lang w:val="de-DE"/>
        </w:rPr>
        <w:t xml:space="preserve"> Unterstützung (Programmgestaltung, </w:t>
      </w:r>
      <w:r w:rsidR="00A61B5B" w:rsidRPr="00940E94">
        <w:rPr>
          <w:lang w:val="de-DE"/>
        </w:rPr>
        <w:t xml:space="preserve">Vermittlung </w:t>
      </w:r>
      <w:r w:rsidR="003D403F" w:rsidRPr="00940E94">
        <w:rPr>
          <w:lang w:val="de-DE"/>
        </w:rPr>
        <w:t>von Vortragenden o.ä.)</w:t>
      </w:r>
      <w:r w:rsidR="00B30DC6" w:rsidRPr="00940E94">
        <w:rPr>
          <w:lang w:val="de-DE"/>
        </w:rPr>
        <w:br/>
      </w:r>
      <w:sdt>
        <w:sdtPr>
          <w:rPr>
            <w:rFonts w:ascii="Segoe UI Symbol" w:hAnsi="Segoe UI Symbol" w:cs="Segoe UI Symbol"/>
            <w:lang w:val="de-DE"/>
          </w:rPr>
          <w:id w:val="-7031759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B50CD2" w:rsidRPr="00940E94">
        <w:rPr>
          <w:rFonts w:ascii="Segoe UI Symbol" w:hAnsi="Segoe UI Symbol" w:cs="Segoe UI Symbol"/>
          <w:lang w:val="de-DE"/>
        </w:rPr>
        <w:t xml:space="preserve"> </w:t>
      </w:r>
      <w:r w:rsidR="00B50CD2" w:rsidRPr="00940E94">
        <w:rPr>
          <w:lang w:val="de-DE"/>
        </w:rPr>
        <w:t xml:space="preserve">Netzwerkhilfe </w:t>
      </w:r>
      <w:r w:rsidR="002F64E9" w:rsidRPr="00940E94">
        <w:rPr>
          <w:lang w:val="de-DE"/>
        </w:rPr>
        <w:t xml:space="preserve">(VIP-Einladungen, </w:t>
      </w:r>
      <w:r w:rsidR="00D3137E" w:rsidRPr="00940E94">
        <w:rPr>
          <w:lang w:val="de-DE"/>
        </w:rPr>
        <w:t xml:space="preserve">Vermittlung </w:t>
      </w:r>
      <w:r w:rsidR="00117525" w:rsidRPr="00940E94">
        <w:rPr>
          <w:lang w:val="de-DE"/>
        </w:rPr>
        <w:t>von Kooperationspartnern)</w:t>
      </w:r>
      <w:r w:rsidR="00056A23" w:rsidRPr="00940E94">
        <w:rPr>
          <w:lang w:val="de-DE"/>
        </w:rPr>
        <w:br/>
      </w:r>
      <w:sdt>
        <w:sdtPr>
          <w:rPr>
            <w:rFonts w:ascii="Segoe UI Symbol" w:hAnsi="Segoe UI Symbol" w:cs="Segoe UI Symbol"/>
            <w:lang w:val="de-DE"/>
          </w:rPr>
          <w:id w:val="1336266396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0D404C" w:rsidRPr="00940E94">
        <w:rPr>
          <w:lang w:val="de-DE"/>
        </w:rPr>
        <w:t xml:space="preserve"> Bereitstellung von DWIH-Materialien</w:t>
      </w:r>
      <w:r w:rsidR="000D404C" w:rsidRPr="00940E94">
        <w:rPr>
          <w:rFonts w:ascii="Segoe UI Symbol" w:hAnsi="Segoe UI Symbol" w:cs="Segoe UI Symbol"/>
          <w:lang w:val="de-DE"/>
        </w:rPr>
        <w:br/>
      </w:r>
      <w:sdt>
        <w:sdtPr>
          <w:rPr>
            <w:rFonts w:ascii="Segoe UI Symbol" w:hAnsi="Segoe UI Symbol" w:cs="Segoe UI Symbol"/>
            <w:lang w:val="de-DE"/>
          </w:rPr>
          <w:id w:val="121269554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cs="Segoe UI Symbol"/>
              <w:lang w:val="de-DE"/>
            </w:rPr>
            <w:t>☐</w:t>
          </w:r>
        </w:sdtContent>
      </w:sdt>
      <w:r w:rsidR="00B56D35" w:rsidRPr="00940E94">
        <w:rPr>
          <w:lang w:val="de-DE"/>
        </w:rPr>
        <w:t xml:space="preserve"> Sonstige:</w:t>
      </w:r>
      <w:r w:rsidR="0003056A" w:rsidRPr="00940E94">
        <w:rPr>
          <w:lang w:val="de-DE"/>
        </w:rPr>
        <w:t xml:space="preserve"> </w:t>
      </w:r>
      <w:r w:rsidR="0003056A" w:rsidRPr="00940E94">
        <w:rPr>
          <w:lang w:val="de-DE"/>
        </w:rPr>
        <w:fldChar w:fldCharType="begin">
          <w:ffData>
            <w:name w:val="Texto16"/>
            <w:enabled/>
            <w:calcOnExit w:val="0"/>
            <w:textInput/>
          </w:ffData>
        </w:fldChar>
      </w:r>
      <w:bookmarkStart w:id="10" w:name="Texto16"/>
      <w:r w:rsidR="0003056A" w:rsidRPr="00940E94">
        <w:rPr>
          <w:lang w:val="de-DE"/>
        </w:rPr>
        <w:instrText xml:space="preserve"> FORMTEXT </w:instrText>
      </w:r>
      <w:r w:rsidR="0003056A" w:rsidRPr="00940E94">
        <w:rPr>
          <w:lang w:val="de-DE"/>
        </w:rPr>
      </w:r>
      <w:r w:rsidR="0003056A" w:rsidRPr="00940E94">
        <w:rPr>
          <w:lang w:val="de-DE"/>
        </w:rPr>
        <w:fldChar w:fldCharType="separate"/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noProof/>
          <w:lang w:val="de-DE"/>
        </w:rPr>
        <w:t> </w:t>
      </w:r>
      <w:r w:rsidR="0003056A" w:rsidRPr="00940E94">
        <w:rPr>
          <w:lang w:val="de-DE"/>
        </w:rPr>
        <w:fldChar w:fldCharType="end"/>
      </w:r>
      <w:bookmarkEnd w:id="10"/>
      <w:r w:rsidR="003713CF">
        <w:rPr>
          <w:lang w:val="de-DE"/>
        </w:rPr>
        <w:br/>
      </w:r>
    </w:p>
    <w:p w14:paraId="3EF944A8" w14:textId="6D1196F3" w:rsidR="007B6F2C" w:rsidRPr="00940E94" w:rsidRDefault="00D900F4">
      <w:pPr>
        <w:pStyle w:val="Ttulo2"/>
        <w:rPr>
          <w:color w:val="auto"/>
          <w:lang w:val="de-DE"/>
        </w:rPr>
      </w:pPr>
      <w:r w:rsidRPr="00940E94">
        <w:rPr>
          <w:color w:val="auto"/>
          <w:lang w:val="de-DE"/>
        </w:rPr>
        <w:t>H</w:t>
      </w:r>
      <w:r w:rsidR="00F9451F" w:rsidRPr="00940E94">
        <w:rPr>
          <w:color w:val="auto"/>
          <w:lang w:val="de-DE"/>
        </w:rPr>
        <w:t>. Verbindliche Angaben</w:t>
      </w:r>
    </w:p>
    <w:p w14:paraId="73918E82" w14:textId="2E119731" w:rsidR="00B95AAC" w:rsidRPr="00940E94" w:rsidRDefault="009122CA">
      <w:pPr>
        <w:rPr>
          <w:lang w:val="de-DE"/>
        </w:rPr>
      </w:pPr>
      <w:sdt>
        <w:sdtPr>
          <w:rPr>
            <w:lang w:val="de-DE"/>
          </w:rPr>
          <w:id w:val="-2095544720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Antragsskizze gemäß Vorlage beigefügt</w:t>
      </w:r>
      <w:r w:rsidR="00F9451F" w:rsidRPr="00940E94">
        <w:rPr>
          <w:lang w:val="de-DE"/>
        </w:rPr>
        <w:br/>
      </w:r>
      <w:sdt>
        <w:sdtPr>
          <w:rPr>
            <w:lang w:val="de-DE"/>
          </w:rPr>
          <w:id w:val="499083784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Programmentwurf beigefügt</w:t>
      </w:r>
      <w:r w:rsidR="00F9451F" w:rsidRPr="00940E94">
        <w:rPr>
          <w:lang w:val="de-DE"/>
        </w:rPr>
        <w:br/>
      </w:r>
      <w:sdt>
        <w:sdtPr>
          <w:rPr>
            <w:lang w:val="de-DE"/>
          </w:rPr>
          <w:id w:val="-536043558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Materialien zur Sichtbarkeit werden fristgerecht bereitgestellt</w:t>
      </w:r>
      <w:r w:rsidR="00F9451F" w:rsidRPr="00940E94">
        <w:rPr>
          <w:lang w:val="de-DE"/>
        </w:rPr>
        <w:br/>
      </w:r>
      <w:sdt>
        <w:sdtPr>
          <w:rPr>
            <w:lang w:val="de-DE"/>
          </w:rPr>
          <w:id w:val="-956178531"/>
          <w14:checkbox>
            <w14:checked w14:val="0"/>
            <w14:checkedState w14:val="2612" w14:font="MS Gothic"/>
            <w14:uncheckedState w14:val="2610" w14:font="MS Gothic"/>
          </w14:checkbox>
        </w:sdtPr>
        <w:sdtEndPr/>
        <w:sdtContent>
          <w:r w:rsidR="00991F40" w:rsidRPr="00940E94">
            <w:rPr>
              <w:rFonts w:ascii="MS Gothic" w:eastAsia="MS Gothic" w:hAnsi="MS Gothic" w:hint="eastAsia"/>
              <w:lang w:val="de-DE"/>
            </w:rPr>
            <w:t>☐</w:t>
          </w:r>
        </w:sdtContent>
      </w:sdt>
      <w:r w:rsidR="00F9451F" w:rsidRPr="00940E94">
        <w:rPr>
          <w:lang w:val="de-DE"/>
        </w:rPr>
        <w:t xml:space="preserve"> Impact-Elemente gemäß Ausschreibung werden umgesetzt</w:t>
      </w:r>
      <w:r w:rsidR="00CC1940" w:rsidRPr="00940E94">
        <w:rPr>
          <w:lang w:val="de-DE"/>
        </w:rPr>
        <w:br/>
      </w:r>
      <w:r w:rsidR="00CC1940" w:rsidRPr="00940E94">
        <w:rPr>
          <w:rFonts w:ascii="Segoe UI Symbol" w:hAnsi="Segoe UI Symbol" w:cs="Segoe UI Symbol"/>
          <w:lang w:val="de-DE"/>
        </w:rPr>
        <w:t>☐</w:t>
      </w:r>
      <w:r w:rsidR="00CC1940" w:rsidRPr="00940E94">
        <w:rPr>
          <w:lang w:val="de-DE"/>
        </w:rPr>
        <w:t xml:space="preserve"> </w:t>
      </w:r>
      <w:r w:rsidR="008F2AF4" w:rsidRPr="00940E94">
        <w:rPr>
          <w:lang w:val="de-DE"/>
        </w:rPr>
        <w:t>Erforderliche Logistik</w:t>
      </w:r>
      <w:r w:rsidR="00D84A0D" w:rsidRPr="00940E94">
        <w:rPr>
          <w:lang w:val="de-DE"/>
        </w:rPr>
        <w:t xml:space="preserve"> vor Ort wird durch Partner</w:t>
      </w:r>
      <w:r w:rsidR="005D29A4" w:rsidRPr="00940E94">
        <w:rPr>
          <w:lang w:val="de-DE"/>
        </w:rPr>
        <w:t xml:space="preserve"> und</w:t>
      </w:r>
      <w:r w:rsidR="001D4648" w:rsidRPr="00940E94">
        <w:rPr>
          <w:lang w:val="de-DE"/>
        </w:rPr>
        <w:t xml:space="preserve"> ggf.</w:t>
      </w:r>
      <w:r w:rsidR="005D29A4" w:rsidRPr="00940E94">
        <w:rPr>
          <w:lang w:val="de-DE"/>
        </w:rPr>
        <w:t xml:space="preserve"> Verbindungsbüros </w:t>
      </w:r>
      <w:r w:rsidR="00F75FC1" w:rsidRPr="00940E94">
        <w:rPr>
          <w:lang w:val="de-DE"/>
        </w:rPr>
        <w:t>bereit</w:t>
      </w:r>
      <w:r w:rsidR="00EE5B67" w:rsidRPr="00940E94">
        <w:rPr>
          <w:lang w:val="de-DE"/>
        </w:rPr>
        <w:t>gestellt</w:t>
      </w:r>
      <w:r w:rsidR="0003056A" w:rsidRPr="00940E94">
        <w:rPr>
          <w:lang w:val="de-DE"/>
        </w:rPr>
        <w:br/>
      </w:r>
    </w:p>
    <w:p w14:paraId="52D262EA" w14:textId="56D8D094" w:rsidR="007B6F2C" w:rsidRPr="00940E94" w:rsidRDefault="00D900F4">
      <w:pPr>
        <w:pStyle w:val="Ttulo2"/>
        <w:rPr>
          <w:color w:val="auto"/>
          <w:lang w:val="de-DE"/>
        </w:rPr>
      </w:pPr>
      <w:r w:rsidRPr="00940E94">
        <w:rPr>
          <w:color w:val="auto"/>
          <w:lang w:val="de-DE"/>
        </w:rPr>
        <w:lastRenderedPageBreak/>
        <w:t>I</w:t>
      </w:r>
      <w:r w:rsidR="00F9451F" w:rsidRPr="00940E94">
        <w:rPr>
          <w:color w:val="auto"/>
          <w:lang w:val="de-DE"/>
        </w:rPr>
        <w:t>. Erklärung</w:t>
      </w:r>
    </w:p>
    <w:p w14:paraId="6C298D16" w14:textId="2D2346F3" w:rsidR="007B6F2C" w:rsidRPr="00E00333" w:rsidRDefault="00F9451F">
      <w:pPr>
        <w:rPr>
          <w:lang w:val="de-DE"/>
        </w:rPr>
      </w:pPr>
      <w:r w:rsidRPr="00940E94">
        <w:rPr>
          <w:lang w:val="de-DE"/>
        </w:rPr>
        <w:t>Ort, Datum:</w:t>
      </w:r>
      <w:r w:rsidR="001E1A24" w:rsidRPr="00940E94">
        <w:rPr>
          <w:lang w:val="de-DE"/>
        </w:rPr>
        <w:t xml:space="preserve"> </w:t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fldChar w:fldCharType="begin">
          <w:ffData>
            <w:name w:val="Texto11"/>
            <w:enabled/>
            <w:calcOnExit w:val="0"/>
            <w:textInput/>
          </w:ffData>
        </w:fldChar>
      </w:r>
      <w:bookmarkStart w:id="11" w:name="Texto11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11"/>
      <w:r w:rsidRPr="00940E94">
        <w:rPr>
          <w:lang w:val="de-DE"/>
        </w:rPr>
        <w:br/>
      </w:r>
      <w:r w:rsidRPr="00940E94">
        <w:rPr>
          <w:lang w:val="de-DE"/>
        </w:rPr>
        <w:br/>
        <w:t>Name / Funktion:</w:t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fldChar w:fldCharType="begin">
          <w:ffData>
            <w:name w:val="Texto12"/>
            <w:enabled/>
            <w:calcOnExit w:val="0"/>
            <w:textInput/>
          </w:ffData>
        </w:fldChar>
      </w:r>
      <w:bookmarkStart w:id="12" w:name="Texto12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12"/>
      <w:r w:rsidRPr="00940E94">
        <w:rPr>
          <w:lang w:val="de-DE"/>
        </w:rPr>
        <w:br/>
      </w:r>
      <w:r w:rsidRPr="00940E94">
        <w:rPr>
          <w:lang w:val="de-DE"/>
        </w:rPr>
        <w:br/>
        <w:t>Unterschrift:</w:t>
      </w:r>
      <w:r w:rsidR="001E1A24" w:rsidRPr="00940E94">
        <w:rPr>
          <w:lang w:val="de-DE"/>
        </w:rPr>
        <w:t xml:space="preserve"> </w:t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tab/>
      </w:r>
      <w:r w:rsidR="001E1A24" w:rsidRPr="00940E94">
        <w:rPr>
          <w:lang w:val="de-DE"/>
        </w:rPr>
        <w:fldChar w:fldCharType="begin">
          <w:ffData>
            <w:name w:val="Texto13"/>
            <w:enabled/>
            <w:calcOnExit w:val="0"/>
            <w:textInput/>
          </w:ffData>
        </w:fldChar>
      </w:r>
      <w:bookmarkStart w:id="13" w:name="Texto13"/>
      <w:r w:rsidR="001E1A24" w:rsidRPr="00940E94">
        <w:rPr>
          <w:lang w:val="de-DE"/>
        </w:rPr>
        <w:instrText xml:space="preserve"> FORMTEXT </w:instrText>
      </w:r>
      <w:r w:rsidR="001E1A24" w:rsidRPr="00940E94">
        <w:rPr>
          <w:lang w:val="de-DE"/>
        </w:rPr>
      </w:r>
      <w:r w:rsidR="001E1A24" w:rsidRPr="00940E94">
        <w:rPr>
          <w:lang w:val="de-DE"/>
        </w:rPr>
        <w:fldChar w:fldCharType="separate"/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noProof/>
          <w:lang w:val="de-DE"/>
        </w:rPr>
        <w:t> </w:t>
      </w:r>
      <w:r w:rsidR="001E1A24" w:rsidRPr="00940E94">
        <w:rPr>
          <w:lang w:val="de-DE"/>
        </w:rPr>
        <w:fldChar w:fldCharType="end"/>
      </w:r>
      <w:bookmarkEnd w:id="13"/>
    </w:p>
    <w:sectPr w:rsidR="007B6F2C" w:rsidRPr="00E00333" w:rsidSect="003713CF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2240" w:h="15840"/>
      <w:pgMar w:top="1560" w:right="1797" w:bottom="709" w:left="1797" w:header="720" w:footer="43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1B968E0" w14:textId="77777777" w:rsidR="00F415E2" w:rsidRDefault="00F415E2" w:rsidP="0003056A">
      <w:pPr>
        <w:spacing w:after="0" w:line="240" w:lineRule="auto"/>
      </w:pPr>
      <w:r>
        <w:separator/>
      </w:r>
    </w:p>
  </w:endnote>
  <w:endnote w:type="continuationSeparator" w:id="0">
    <w:p w14:paraId="2450E998" w14:textId="77777777" w:rsidR="00F415E2" w:rsidRDefault="00F415E2" w:rsidP="0003056A">
      <w:pPr>
        <w:spacing w:after="0" w:line="240" w:lineRule="auto"/>
      </w:pPr>
      <w:r>
        <w:continuationSeparator/>
      </w:r>
    </w:p>
  </w:endnote>
  <w:endnote w:type="continuationNotice" w:id="1">
    <w:p w14:paraId="5281B806" w14:textId="77777777" w:rsidR="00F415E2" w:rsidRDefault="00F415E2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2F0C37" w14:textId="77777777" w:rsidR="00FF4050" w:rsidRDefault="00FF4050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62552559"/>
      <w:docPartObj>
        <w:docPartGallery w:val="Page Numbers (Bottom of Page)"/>
        <w:docPartUnique/>
      </w:docPartObj>
    </w:sdtPr>
    <w:sdtEndPr/>
    <w:sdtContent>
      <w:p w14:paraId="784B3921" w14:textId="7E3AF97F" w:rsidR="0003056A" w:rsidRDefault="0003056A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pt-BR"/>
          </w:rPr>
          <w:t>2</w:t>
        </w:r>
        <w:r>
          <w:fldChar w:fldCharType="end"/>
        </w:r>
      </w:p>
    </w:sdtContent>
  </w:sdt>
  <w:p w14:paraId="5DC63ED3" w14:textId="77777777" w:rsidR="0003056A" w:rsidRDefault="0003056A">
    <w:pPr>
      <w:pStyle w:val="Rodap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2B5A557" w14:textId="77777777" w:rsidR="00FF4050" w:rsidRDefault="00FF405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AD4CDF" w14:textId="77777777" w:rsidR="00F415E2" w:rsidRDefault="00F415E2" w:rsidP="0003056A">
      <w:pPr>
        <w:spacing w:after="0" w:line="240" w:lineRule="auto"/>
      </w:pPr>
      <w:r>
        <w:separator/>
      </w:r>
    </w:p>
  </w:footnote>
  <w:footnote w:type="continuationSeparator" w:id="0">
    <w:p w14:paraId="44BA19F7" w14:textId="77777777" w:rsidR="00F415E2" w:rsidRDefault="00F415E2" w:rsidP="0003056A">
      <w:pPr>
        <w:spacing w:after="0" w:line="240" w:lineRule="auto"/>
      </w:pPr>
      <w:r>
        <w:continuationSeparator/>
      </w:r>
    </w:p>
  </w:footnote>
  <w:footnote w:type="continuationNotice" w:id="1">
    <w:p w14:paraId="6589723C" w14:textId="77777777" w:rsidR="00F415E2" w:rsidRDefault="00F415E2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BF2507E" w14:textId="77777777" w:rsidR="00FF4050" w:rsidRDefault="00FF4050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876E3D" w14:textId="65ABCA9E" w:rsidR="0003056A" w:rsidRDefault="0003056A">
    <w:pPr>
      <w:pStyle w:val="Cabealho"/>
    </w:pPr>
    <w:r>
      <w:rPr>
        <w:noProof/>
        <w:lang w:eastAsia="zh-CN"/>
      </w:rPr>
      <w:drawing>
        <wp:anchor distT="0" distB="0" distL="114300" distR="114300" simplePos="0" relativeHeight="251658240" behindDoc="0" locked="0" layoutInCell="1" allowOverlap="1" wp14:anchorId="0A890065" wp14:editId="203511CF">
          <wp:simplePos x="0" y="0"/>
          <wp:positionH relativeFrom="margin">
            <wp:posOffset>4596765</wp:posOffset>
          </wp:positionH>
          <wp:positionV relativeFrom="paragraph">
            <wp:posOffset>-256346</wp:posOffset>
          </wp:positionV>
          <wp:extent cx="1253593" cy="940525"/>
          <wp:effectExtent l="0" t="0" r="3810" b="0"/>
          <wp:wrapNone/>
          <wp:docPr id="1173282740" name="Imagem 11732827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urzfassung_logo_sao_paulo_cmyk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253593" cy="9405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C1AB58" w14:textId="77777777" w:rsidR="00FF4050" w:rsidRDefault="00FF4050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FFFFFF7C"/>
    <w:multiLevelType w:val="singleLevel"/>
    <w:tmpl w:val="C310EC42"/>
    <w:lvl w:ilvl="0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4089024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FB12693A"/>
    <w:lvl w:ilvl="0">
      <w:start w:val="1"/>
      <w:numFmt w:val="decimal"/>
      <w:pStyle w:val="Numerada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38441652"/>
    <w:lvl w:ilvl="0">
      <w:start w:val="1"/>
      <w:numFmt w:val="decimal"/>
      <w:pStyle w:val="Numerada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1"/>
    <w:multiLevelType w:val="singleLevel"/>
    <w:tmpl w:val="171AC3A4"/>
    <w:lvl w:ilvl="0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5" w15:restartNumberingAfterBreak="0">
    <w:nsid w:val="FFFFFF82"/>
    <w:multiLevelType w:val="singleLevel"/>
    <w:tmpl w:val="F3EAFDEC"/>
    <w:lvl w:ilvl="0">
      <w:start w:val="1"/>
      <w:numFmt w:val="bullet"/>
      <w:pStyle w:val="Commarcadores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6" w15:restartNumberingAfterBreak="0">
    <w:nsid w:val="FFFFFF83"/>
    <w:multiLevelType w:val="singleLevel"/>
    <w:tmpl w:val="3D1EFFD4"/>
    <w:lvl w:ilvl="0">
      <w:start w:val="1"/>
      <w:numFmt w:val="bullet"/>
      <w:pStyle w:val="Commarcadores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7" w15:restartNumberingAfterBreak="0">
    <w:nsid w:val="FFFFFF88"/>
    <w:multiLevelType w:val="singleLevel"/>
    <w:tmpl w:val="D0A62B40"/>
    <w:lvl w:ilvl="0">
      <w:start w:val="1"/>
      <w:numFmt w:val="decimal"/>
      <w:pStyle w:val="Numerad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8" w15:restartNumberingAfterBreak="0">
    <w:nsid w:val="FFFFFF89"/>
    <w:multiLevelType w:val="singleLevel"/>
    <w:tmpl w:val="29761A62"/>
    <w:lvl w:ilvl="0">
      <w:start w:val="1"/>
      <w:numFmt w:val="bullet"/>
      <w:pStyle w:val="Commarcadores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 w16cid:durableId="1766993093">
    <w:abstractNumId w:val="8"/>
  </w:num>
  <w:num w:numId="2" w16cid:durableId="488518026">
    <w:abstractNumId w:val="6"/>
  </w:num>
  <w:num w:numId="3" w16cid:durableId="573970517">
    <w:abstractNumId w:val="5"/>
  </w:num>
  <w:num w:numId="4" w16cid:durableId="1726874840">
    <w:abstractNumId w:val="4"/>
  </w:num>
  <w:num w:numId="5" w16cid:durableId="584386182">
    <w:abstractNumId w:val="7"/>
  </w:num>
  <w:num w:numId="6" w16cid:durableId="1991784275">
    <w:abstractNumId w:val="3"/>
  </w:num>
  <w:num w:numId="7" w16cid:durableId="1240870512">
    <w:abstractNumId w:val="2"/>
  </w:num>
  <w:num w:numId="8" w16cid:durableId="1408958828">
    <w:abstractNumId w:val="1"/>
  </w:num>
  <w:num w:numId="9" w16cid:durableId="156421616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47730"/>
    <w:rsid w:val="00006428"/>
    <w:rsid w:val="00006EBC"/>
    <w:rsid w:val="0003056A"/>
    <w:rsid w:val="00034616"/>
    <w:rsid w:val="0005279A"/>
    <w:rsid w:val="00056A23"/>
    <w:rsid w:val="0006063C"/>
    <w:rsid w:val="000722DC"/>
    <w:rsid w:val="00093227"/>
    <w:rsid w:val="0009546A"/>
    <w:rsid w:val="000B7D4E"/>
    <w:rsid w:val="000C3DCD"/>
    <w:rsid w:val="000D404C"/>
    <w:rsid w:val="000F630E"/>
    <w:rsid w:val="001035B9"/>
    <w:rsid w:val="00104686"/>
    <w:rsid w:val="00117525"/>
    <w:rsid w:val="001220CB"/>
    <w:rsid w:val="00140E9C"/>
    <w:rsid w:val="00146367"/>
    <w:rsid w:val="0015074B"/>
    <w:rsid w:val="00166AB7"/>
    <w:rsid w:val="0017181A"/>
    <w:rsid w:val="001802A2"/>
    <w:rsid w:val="00181A64"/>
    <w:rsid w:val="001D4648"/>
    <w:rsid w:val="001E1A24"/>
    <w:rsid w:val="002206E6"/>
    <w:rsid w:val="00232595"/>
    <w:rsid w:val="0023480F"/>
    <w:rsid w:val="00286C39"/>
    <w:rsid w:val="0029639D"/>
    <w:rsid w:val="002A1808"/>
    <w:rsid w:val="002E1944"/>
    <w:rsid w:val="002F5C1E"/>
    <w:rsid w:val="002F64E9"/>
    <w:rsid w:val="00300BB7"/>
    <w:rsid w:val="00326F90"/>
    <w:rsid w:val="00346039"/>
    <w:rsid w:val="003713CF"/>
    <w:rsid w:val="00371C18"/>
    <w:rsid w:val="00376654"/>
    <w:rsid w:val="003A14E9"/>
    <w:rsid w:val="003C101A"/>
    <w:rsid w:val="003C4850"/>
    <w:rsid w:val="003D3047"/>
    <w:rsid w:val="003D403F"/>
    <w:rsid w:val="003D4C39"/>
    <w:rsid w:val="00404595"/>
    <w:rsid w:val="00436355"/>
    <w:rsid w:val="00450CD5"/>
    <w:rsid w:val="005478A8"/>
    <w:rsid w:val="00596FCC"/>
    <w:rsid w:val="00597D6A"/>
    <w:rsid w:val="005D23BB"/>
    <w:rsid w:val="005D29A4"/>
    <w:rsid w:val="005E4B5F"/>
    <w:rsid w:val="006265FE"/>
    <w:rsid w:val="00692246"/>
    <w:rsid w:val="00695A02"/>
    <w:rsid w:val="006A3428"/>
    <w:rsid w:val="0076544F"/>
    <w:rsid w:val="007A13BC"/>
    <w:rsid w:val="007A534B"/>
    <w:rsid w:val="007B021F"/>
    <w:rsid w:val="007B6F2C"/>
    <w:rsid w:val="008020BA"/>
    <w:rsid w:val="00803070"/>
    <w:rsid w:val="0080367D"/>
    <w:rsid w:val="00842555"/>
    <w:rsid w:val="008807E1"/>
    <w:rsid w:val="008D0CC4"/>
    <w:rsid w:val="008F2AF4"/>
    <w:rsid w:val="008F62BC"/>
    <w:rsid w:val="009122CA"/>
    <w:rsid w:val="00916B47"/>
    <w:rsid w:val="00940E94"/>
    <w:rsid w:val="00950091"/>
    <w:rsid w:val="0095539C"/>
    <w:rsid w:val="00971C5A"/>
    <w:rsid w:val="00991F40"/>
    <w:rsid w:val="009C1FBC"/>
    <w:rsid w:val="009F6386"/>
    <w:rsid w:val="00A12F70"/>
    <w:rsid w:val="00A14C1B"/>
    <w:rsid w:val="00A2165A"/>
    <w:rsid w:val="00A2441B"/>
    <w:rsid w:val="00A30AD7"/>
    <w:rsid w:val="00A5446E"/>
    <w:rsid w:val="00A61B5B"/>
    <w:rsid w:val="00A77CE8"/>
    <w:rsid w:val="00AA1D8D"/>
    <w:rsid w:val="00AA6503"/>
    <w:rsid w:val="00AE177A"/>
    <w:rsid w:val="00B1051A"/>
    <w:rsid w:val="00B1437E"/>
    <w:rsid w:val="00B30DC6"/>
    <w:rsid w:val="00B410CC"/>
    <w:rsid w:val="00B47730"/>
    <w:rsid w:val="00B50CD2"/>
    <w:rsid w:val="00B539A6"/>
    <w:rsid w:val="00B56D35"/>
    <w:rsid w:val="00B629AB"/>
    <w:rsid w:val="00B62DF2"/>
    <w:rsid w:val="00B74E06"/>
    <w:rsid w:val="00B7647C"/>
    <w:rsid w:val="00B95AAC"/>
    <w:rsid w:val="00BC5AFD"/>
    <w:rsid w:val="00BD4B84"/>
    <w:rsid w:val="00BD5E2A"/>
    <w:rsid w:val="00BE7ECA"/>
    <w:rsid w:val="00C30D13"/>
    <w:rsid w:val="00CA568F"/>
    <w:rsid w:val="00CB0664"/>
    <w:rsid w:val="00CC1940"/>
    <w:rsid w:val="00CD4580"/>
    <w:rsid w:val="00CE1A47"/>
    <w:rsid w:val="00CE6B3A"/>
    <w:rsid w:val="00D25C28"/>
    <w:rsid w:val="00D3137E"/>
    <w:rsid w:val="00D36B3A"/>
    <w:rsid w:val="00D566AF"/>
    <w:rsid w:val="00D60D4C"/>
    <w:rsid w:val="00D77C0A"/>
    <w:rsid w:val="00D84A0D"/>
    <w:rsid w:val="00D87633"/>
    <w:rsid w:val="00D900F4"/>
    <w:rsid w:val="00DB5872"/>
    <w:rsid w:val="00E00333"/>
    <w:rsid w:val="00E04709"/>
    <w:rsid w:val="00E066E9"/>
    <w:rsid w:val="00E23B09"/>
    <w:rsid w:val="00E33156"/>
    <w:rsid w:val="00E4499B"/>
    <w:rsid w:val="00E45D34"/>
    <w:rsid w:val="00E92FF5"/>
    <w:rsid w:val="00E96D1B"/>
    <w:rsid w:val="00EA098E"/>
    <w:rsid w:val="00EB6604"/>
    <w:rsid w:val="00EC26B0"/>
    <w:rsid w:val="00ED53CD"/>
    <w:rsid w:val="00EE5B67"/>
    <w:rsid w:val="00EF440E"/>
    <w:rsid w:val="00F1356D"/>
    <w:rsid w:val="00F13D4D"/>
    <w:rsid w:val="00F26D51"/>
    <w:rsid w:val="00F415E2"/>
    <w:rsid w:val="00F67135"/>
    <w:rsid w:val="00F75FC1"/>
    <w:rsid w:val="00F7692E"/>
    <w:rsid w:val="00F81EF2"/>
    <w:rsid w:val="00F9451F"/>
    <w:rsid w:val="00F95068"/>
    <w:rsid w:val="00FC693F"/>
    <w:rsid w:val="00FF2EE1"/>
    <w:rsid w:val="00FF4050"/>
    <w:rsid w:val="00FF42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86BD224"/>
  <w14:defaultImageDpi w14:val="330"/>
  <w15:docId w15:val="{91CD7DFE-31E6-43F1-B172-A6C461D6C6B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C693F"/>
  </w:style>
  <w:style w:type="paragraph" w:styleId="Ttulo1">
    <w:name w:val="heading 1"/>
    <w:basedOn w:val="Normal"/>
    <w:next w:val="Normal"/>
    <w:link w:val="Ttulo1Char"/>
    <w:uiPriority w:val="9"/>
    <w:qFormat/>
    <w:rsid w:val="00FC693F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FC693F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FC693F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FC693F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FC693F"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FC693F"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E618BF"/>
  </w:style>
  <w:style w:type="paragraph" w:styleId="Rodap">
    <w:name w:val="footer"/>
    <w:basedOn w:val="Normal"/>
    <w:link w:val="Rodap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E618BF"/>
  </w:style>
  <w:style w:type="paragraph" w:styleId="SemEspaamento">
    <w:name w:val="No Spacing"/>
    <w:uiPriority w:val="1"/>
    <w:qFormat/>
    <w:rsid w:val="00FC693F"/>
    <w:pPr>
      <w:spacing w:after="0" w:line="240" w:lineRule="auto"/>
    </w:pPr>
  </w:style>
  <w:style w:type="character" w:customStyle="1" w:styleId="Ttulo1Char">
    <w:name w:val="Título 1 Char"/>
    <w:basedOn w:val="Fontepargpadro"/>
    <w:link w:val="Ttulo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Ttulo3Char">
    <w:name w:val="Título 3 Char"/>
    <w:basedOn w:val="Fontepargpadro"/>
    <w:link w:val="Ttulo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">
    <w:name w:val="Title"/>
    <w:basedOn w:val="Normal"/>
    <w:next w:val="Normal"/>
    <w:link w:val="TtuloChar"/>
    <w:uiPriority w:val="10"/>
    <w:qFormat/>
    <w:rsid w:val="00FC693F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har">
    <w:name w:val="Título Char"/>
    <w:basedOn w:val="Fontepargpadro"/>
    <w:link w:val="Ttulo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tulo">
    <w:name w:val="Subtitle"/>
    <w:basedOn w:val="Normal"/>
    <w:next w:val="Normal"/>
    <w:link w:val="SubttuloChar"/>
    <w:uiPriority w:val="11"/>
    <w:qFormat/>
    <w:rsid w:val="00FC693F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har">
    <w:name w:val="Subtítulo Char"/>
    <w:basedOn w:val="Fontepargpadro"/>
    <w:link w:val="Subttulo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PargrafodaLista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Corpodetexto">
    <w:name w:val="Body Text"/>
    <w:basedOn w:val="Normal"/>
    <w:link w:val="CorpodetextoChar"/>
    <w:uiPriority w:val="99"/>
    <w:unhideWhenUsed/>
    <w:rsid w:val="00AA1D8D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AA1D8D"/>
  </w:style>
  <w:style w:type="paragraph" w:styleId="Corpodetexto2">
    <w:name w:val="Body Text 2"/>
    <w:basedOn w:val="Normal"/>
    <w:link w:val="Corpodetexto2Char"/>
    <w:uiPriority w:val="99"/>
    <w:unhideWhenUsed/>
    <w:rsid w:val="00AA1D8D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rsid w:val="00AA1D8D"/>
  </w:style>
  <w:style w:type="paragraph" w:styleId="Corpodetexto3">
    <w:name w:val="Body Text 3"/>
    <w:basedOn w:val="Normal"/>
    <w:link w:val="Corpodetexto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Corpodetexto3Char">
    <w:name w:val="Corpo de texto 3 Char"/>
    <w:basedOn w:val="Fontepargpadro"/>
    <w:link w:val="Corpodetexto3"/>
    <w:uiPriority w:val="99"/>
    <w:rsid w:val="00AA1D8D"/>
    <w:rPr>
      <w:sz w:val="16"/>
      <w:szCs w:val="16"/>
    </w:rPr>
  </w:style>
  <w:style w:type="paragraph" w:styleId="Lista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a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a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Commarcadores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Commarcadores2">
    <w:name w:val="List Bullet 2"/>
    <w:basedOn w:val="Normal"/>
    <w:uiPriority w:val="99"/>
    <w:unhideWhenUsed/>
    <w:rsid w:val="00326F90"/>
    <w:pPr>
      <w:numPr>
        <w:numId w:val="2"/>
      </w:numPr>
      <w:contextualSpacing/>
    </w:pPr>
  </w:style>
  <w:style w:type="paragraph" w:styleId="Commarcadores3">
    <w:name w:val="List Bullet 3"/>
    <w:basedOn w:val="Normal"/>
    <w:uiPriority w:val="99"/>
    <w:unhideWhenUsed/>
    <w:rsid w:val="00326F90"/>
    <w:pPr>
      <w:numPr>
        <w:numId w:val="3"/>
      </w:numPr>
      <w:contextualSpacing/>
    </w:pPr>
  </w:style>
  <w:style w:type="paragraph" w:styleId="Numerada">
    <w:name w:val="List Number"/>
    <w:basedOn w:val="Normal"/>
    <w:uiPriority w:val="99"/>
    <w:unhideWhenUsed/>
    <w:rsid w:val="00326F90"/>
    <w:pPr>
      <w:numPr>
        <w:numId w:val="5"/>
      </w:numPr>
      <w:contextualSpacing/>
    </w:pPr>
  </w:style>
  <w:style w:type="paragraph" w:styleId="Numerada2">
    <w:name w:val="List Number 2"/>
    <w:basedOn w:val="Normal"/>
    <w:uiPriority w:val="99"/>
    <w:unhideWhenUsed/>
    <w:rsid w:val="0029639D"/>
    <w:pPr>
      <w:numPr>
        <w:numId w:val="6"/>
      </w:numPr>
      <w:contextualSpacing/>
    </w:pPr>
  </w:style>
  <w:style w:type="paragraph" w:styleId="Numerada3">
    <w:name w:val="List Number 3"/>
    <w:basedOn w:val="Normal"/>
    <w:uiPriority w:val="99"/>
    <w:unhideWhenUsed/>
    <w:rsid w:val="0029639D"/>
    <w:pPr>
      <w:numPr>
        <w:numId w:val="7"/>
      </w:numPr>
      <w:contextualSpacing/>
    </w:pPr>
  </w:style>
  <w:style w:type="paragraph" w:styleId="Listadecontinuao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adecontinuao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adecontinuao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Textodemacro">
    <w:name w:val="macro"/>
    <w:link w:val="Textodemacro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TextodemacroChar">
    <w:name w:val="Texto de macro Char"/>
    <w:basedOn w:val="Fontepargpadro"/>
    <w:link w:val="Textodemacro"/>
    <w:uiPriority w:val="99"/>
    <w:rsid w:val="0029639D"/>
    <w:rPr>
      <w:rFonts w:ascii="Courier" w:hAnsi="Courier"/>
      <w:sz w:val="20"/>
      <w:szCs w:val="20"/>
    </w:rPr>
  </w:style>
  <w:style w:type="paragraph" w:styleId="Citao">
    <w:name w:val="Quote"/>
    <w:basedOn w:val="Normal"/>
    <w:next w:val="Normal"/>
    <w:link w:val="CitaoChar"/>
    <w:uiPriority w:val="29"/>
    <w:qFormat/>
    <w:rsid w:val="00FC693F"/>
    <w:rPr>
      <w:i/>
      <w:iCs/>
      <w:color w:val="000000" w:themeColor="text1"/>
    </w:rPr>
  </w:style>
  <w:style w:type="character" w:customStyle="1" w:styleId="CitaoChar">
    <w:name w:val="Citação Char"/>
    <w:basedOn w:val="Fontepargpadro"/>
    <w:link w:val="Citao"/>
    <w:uiPriority w:val="29"/>
    <w:rsid w:val="00FC693F"/>
    <w:rPr>
      <w:i/>
      <w:iCs/>
      <w:color w:val="000000" w:themeColor="text1"/>
    </w:rPr>
  </w:style>
  <w:style w:type="character" w:customStyle="1" w:styleId="Ttulo4Char">
    <w:name w:val="Título 4 Char"/>
    <w:basedOn w:val="Fontepargpadro"/>
    <w:link w:val="Ttulo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har">
    <w:name w:val="Título 5 Char"/>
    <w:basedOn w:val="Fontepargpadro"/>
    <w:link w:val="Ttulo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har">
    <w:name w:val="Título 7 Char"/>
    <w:basedOn w:val="Fontepargpadro"/>
    <w:link w:val="Ttulo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har">
    <w:name w:val="Título 8 Char"/>
    <w:basedOn w:val="Fontepargpadro"/>
    <w:link w:val="Ttulo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Forte">
    <w:name w:val="Strong"/>
    <w:basedOn w:val="Fontepargpadro"/>
    <w:uiPriority w:val="22"/>
    <w:qFormat/>
    <w:rsid w:val="00FC693F"/>
    <w:rPr>
      <w:b/>
      <w:bCs/>
    </w:rPr>
  </w:style>
  <w:style w:type="character" w:styleId="nfase">
    <w:name w:val="Emphasis"/>
    <w:basedOn w:val="Fontepargpadro"/>
    <w:uiPriority w:val="20"/>
    <w:qFormat/>
    <w:rsid w:val="00FC693F"/>
    <w:rPr>
      <w:i/>
      <w:iCs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FC693F"/>
    <w:rPr>
      <w:b/>
      <w:bCs/>
      <w:i/>
      <w:iCs/>
      <w:color w:val="4F81BD" w:themeColor="accent1"/>
    </w:rPr>
  </w:style>
  <w:style w:type="character" w:styleId="nfaseSutil">
    <w:name w:val="Subtle Emphasis"/>
    <w:basedOn w:val="Fontepargpadro"/>
    <w:uiPriority w:val="19"/>
    <w:qFormat/>
    <w:rsid w:val="00FC693F"/>
    <w:rPr>
      <w:i/>
      <w:iCs/>
      <w:color w:val="808080" w:themeColor="text1" w:themeTint="7F"/>
    </w:rPr>
  </w:style>
  <w:style w:type="character" w:styleId="nfaseIntensa">
    <w:name w:val="Intense Emphasis"/>
    <w:basedOn w:val="Fontepargpadro"/>
    <w:uiPriority w:val="21"/>
    <w:qFormat/>
    <w:rsid w:val="00FC693F"/>
    <w:rPr>
      <w:b/>
      <w:bCs/>
      <w:i/>
      <w:iCs/>
      <w:color w:val="4F81BD" w:themeColor="accent1"/>
    </w:rPr>
  </w:style>
  <w:style w:type="character" w:styleId="RefernciaSutil">
    <w:name w:val="Subtle Reference"/>
    <w:basedOn w:val="Fontepargpadro"/>
    <w:uiPriority w:val="31"/>
    <w:qFormat/>
    <w:rsid w:val="00FC693F"/>
    <w:rPr>
      <w:smallCaps/>
      <w:color w:val="C0504D" w:themeColor="accent2"/>
      <w:u w:val="single"/>
    </w:rPr>
  </w:style>
  <w:style w:type="character" w:styleId="RefernciaIntensa">
    <w:name w:val="Intense Reference"/>
    <w:basedOn w:val="Fontepargpadro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TtulodoLivro">
    <w:name w:val="Book Title"/>
    <w:basedOn w:val="Fontepargpadro"/>
    <w:uiPriority w:val="33"/>
    <w:qFormat/>
    <w:rsid w:val="00FC693F"/>
    <w:rPr>
      <w:b/>
      <w:bCs/>
      <w:smallCaps/>
      <w:spacing w:val="5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FC693F"/>
    <w:pPr>
      <w:outlineLvl w:val="9"/>
    </w:pPr>
  </w:style>
  <w:style w:type="table" w:styleId="Tabelacomgrade">
    <w:name w:val="Table Grid"/>
    <w:basedOn w:val="Tabela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SombreamentoClaro">
    <w:name w:val="Light Shading"/>
    <w:basedOn w:val="Tabela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SombreamentoClaro-nfase1">
    <w:name w:val="Light Shading Accent 1"/>
    <w:basedOn w:val="Tabela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SombreamentoClaro-nfase2">
    <w:name w:val="Light Shading Accent 2"/>
    <w:basedOn w:val="Tabela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SombreamentoClaro-nfase3">
    <w:name w:val="Light Shading Accent 3"/>
    <w:basedOn w:val="Tabela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SombreamentoClaro-nfase4">
    <w:name w:val="Light Shading Accent 4"/>
    <w:basedOn w:val="Tabela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SombreamentoClaro-nfase5">
    <w:name w:val="Light Shading Accent 5"/>
    <w:basedOn w:val="Tabela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SombreamentoClaro-nfase6">
    <w:name w:val="Light Shading Accent 6"/>
    <w:basedOn w:val="Tabela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staClara">
    <w:name w:val="Light List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staClara-nfase1">
    <w:name w:val="Light List Accent 1"/>
    <w:basedOn w:val="Tabela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staClara-nfase2">
    <w:name w:val="Light List Accent 2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staClara-nfase3">
    <w:name w:val="Light List Accent 3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staClara-nfase4">
    <w:name w:val="Light List Accent 4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staClara-nfase5">
    <w:name w:val="Light List Accent 5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staClara-nfase6">
    <w:name w:val="Light List Accent 6"/>
    <w:basedOn w:val="Tabela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GradeClara">
    <w:name w:val="Light Grid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GradeClara-nfase1">
    <w:name w:val="Light Grid Accent 1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GradeClara-nfase2">
    <w:name w:val="Light Grid Accent 2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GradeClara-nfase3">
    <w:name w:val="Light Grid Accent 3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GradeClara-nfase4">
    <w:name w:val="Light Grid Accent 4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GradeClara-nfase5">
    <w:name w:val="Light Grid Accent 5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GradeClara-nfase6">
    <w:name w:val="Light Grid Accent 6"/>
    <w:basedOn w:val="Tabela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SombreamentoMdio1">
    <w:name w:val="Medium Shading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1">
    <w:name w:val="Medium Shading 1 Accent 1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2">
    <w:name w:val="Medium Shading 1 Accent 2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3">
    <w:name w:val="Medium Shading 1 Accent 3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4">
    <w:name w:val="Medium Shading 1 Accent 4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5">
    <w:name w:val="Medium Shading 1 Accent 5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1-nfase6">
    <w:name w:val="Medium Shading 1 Accent 6"/>
    <w:basedOn w:val="Tabela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SombreamentoMdio2">
    <w:name w:val="Medium Shading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1">
    <w:name w:val="Medium Shading 2 Accent 1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2">
    <w:name w:val="Medium Shading 2 Accent 2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3">
    <w:name w:val="Medium Shading 2 Accent 3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4">
    <w:name w:val="Medium Shading 2 Accent 4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5">
    <w:name w:val="Medium Shading 2 Accent 5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SombreamentoMdio2-nfase6">
    <w:name w:val="Medium Shading 2 Accent 6"/>
    <w:basedOn w:val="Tabela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ListaMdia1">
    <w:name w:val="Medium Lis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ListaMdia1-nfase1">
    <w:name w:val="Medium List 1 Accent 1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ListaMdia1-nfase2">
    <w:name w:val="Medium List 1 Accent 2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ListaMdia1-nfase3">
    <w:name w:val="Medium List 1 Accent 3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ListaMdia1-nfase4">
    <w:name w:val="Medium List 1 Accent 4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ListaMdia1-nfase5">
    <w:name w:val="Medium List 1 Accent 5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ListaMdia1-nfase6">
    <w:name w:val="Medium List 1 Accent 6"/>
    <w:basedOn w:val="Tabela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ListaMdia2">
    <w:name w:val="Medium Lis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1">
    <w:name w:val="Medium List 2 Accent 1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2">
    <w:name w:val="Medium List 2 Accent 2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3">
    <w:name w:val="Medium List 2 Accent 3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4">
    <w:name w:val="Medium List 2 Accent 4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5">
    <w:name w:val="Medium List 2 Accent 5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ListaMdia2-nfase6">
    <w:name w:val="Medium List 2 Accent 6"/>
    <w:basedOn w:val="Tabela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GradeMdia1">
    <w:name w:val="Medium Grid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Mdia1-nfase1">
    <w:name w:val="Medium Grid 1 Accent 1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Mdia1-nfase2">
    <w:name w:val="Medium Grid 1 Accent 2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Mdia1-nfase3">
    <w:name w:val="Medium Grid 1 Accent 3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Mdia1-nfase4">
    <w:name w:val="Medium Grid 1 Accent 4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Mdia1-nfase5">
    <w:name w:val="Medium Grid 1 Accent 5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Mdia1-nfase6">
    <w:name w:val="Medium Grid 1 Accent 6"/>
    <w:basedOn w:val="Tabela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GradeMdia2">
    <w:name w:val="Medium Grid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1">
    <w:name w:val="Medium Grid 2 Accent 1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2">
    <w:name w:val="Medium Grid 2 Accent 2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3">
    <w:name w:val="Medium Grid 2 Accent 3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4">
    <w:name w:val="Medium Grid 2 Accent 4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5">
    <w:name w:val="Medium Grid 2 Accent 5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2-nfase6">
    <w:name w:val="Medium Grid 2 Accent 6"/>
    <w:basedOn w:val="Tabela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GradeMdia3">
    <w:name w:val="Medium Grid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GradeMdia3-nfase1">
    <w:name w:val="Medium Grid 3 Accent 1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GradeMdia3-nfase2">
    <w:name w:val="Medium Grid 3 Accent 2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GradeMdia3-nfase3">
    <w:name w:val="Medium Grid 3 Accent 3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GradeMdia3-nfase4">
    <w:name w:val="Medium Grid 3 Accent 4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GradeMdia3-nfase5">
    <w:name w:val="Medium Grid 3 Accent 5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GradeMdia3-nfase6">
    <w:name w:val="Medium Grid 3 Accent 6"/>
    <w:basedOn w:val="Tabela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ListaEscura">
    <w:name w:val="Dark List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ListaEscura-nfase1">
    <w:name w:val="Dark List Accent 1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ListaEscura-nfase2">
    <w:name w:val="Dark List Accent 2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ListaEscura-nfase3">
    <w:name w:val="Dark List Accent 3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ListaEscura-nfase4">
    <w:name w:val="Dark List Accent 4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ListaEscura-nfase5">
    <w:name w:val="Dark List Accent 5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ListaEscura-nfase6">
    <w:name w:val="Dark List Accent 6"/>
    <w:basedOn w:val="Tabela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SombreamentoColorido">
    <w:name w:val="Colorful Shading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Escuro-nfase1">
    <w:name w:val="Colorful Shading Accent 1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2">
    <w:name w:val="Colorful Shading Accent 2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3">
    <w:name w:val="Colorful Shading Accent 3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SombreamentoColorido-nfase4">
    <w:name w:val="Colorful Shading Accent 4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5">
    <w:name w:val="Colorful Shading Accent 5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SombreamentoColorido-nfase6">
    <w:name w:val="Colorful Shading Accent 6"/>
    <w:basedOn w:val="Tabela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ListaColorida">
    <w:name w:val="Colorful List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ListaColorida-nfase1">
    <w:name w:val="Colorful List Accent 1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ListaColorida-nfase2">
    <w:name w:val="Colorful List Accent 2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aColorida-nfase3">
    <w:name w:val="Colorful List Accent 3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ListaColorida-nfase4">
    <w:name w:val="Colorful List Accent 4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ListaColorida-nfase5">
    <w:name w:val="Colorful List Accent 5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ListaColorida-nfase6">
    <w:name w:val="Colorful List Accent 6"/>
    <w:basedOn w:val="Tabela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GradeColorida">
    <w:name w:val="Colorful Grid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GradeColorida-nfase1">
    <w:name w:val="Colorful Grid Accent 1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GradeColorida-nfase2">
    <w:name w:val="Colorful Grid Accent 2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GradeColorida-nfase3">
    <w:name w:val="Colorful Grid Accent 3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GradeColorida-nfase4">
    <w:name w:val="Colorful Grid Accent 4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GradeColorida-nfase5">
    <w:name w:val="Colorful Grid Accent 5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GradeColorida-nfase6">
    <w:name w:val="Colorful Grid Accent 6"/>
    <w:basedOn w:val="Tabela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character" w:styleId="Refdecomentrio">
    <w:name w:val="annotation reference"/>
    <w:basedOn w:val="Fontepargpadro"/>
    <w:uiPriority w:val="99"/>
    <w:semiHidden/>
    <w:unhideWhenUsed/>
    <w:rsid w:val="00F9451F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F9451F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F9451F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F9451F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F9451F"/>
    <w:rPr>
      <w:b/>
      <w:bCs/>
      <w:sz w:val="20"/>
      <w:szCs w:val="20"/>
    </w:rPr>
  </w:style>
  <w:style w:type="paragraph" w:styleId="Reviso">
    <w:name w:val="Revision"/>
    <w:hidden/>
    <w:uiPriority w:val="99"/>
    <w:semiHidden/>
    <w:rsid w:val="00CC1940"/>
    <w:pPr>
      <w:spacing w:after="0" w:line="240" w:lineRule="auto"/>
    </w:pPr>
  </w:style>
  <w:style w:type="character" w:styleId="TextodoEspaoReservado">
    <w:name w:val="Placeholder Text"/>
    <w:basedOn w:val="Fontepargpadro"/>
    <w:uiPriority w:val="99"/>
    <w:semiHidden/>
    <w:rsid w:val="00B62DF2"/>
    <w:rPr>
      <w:color w:val="66666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4909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8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5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8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79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444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0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header" Target="header3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06BD3D6AA4395E4C9302FD7920BB34CA" ma:contentTypeVersion="13" ma:contentTypeDescription="Crie um novo documento." ma:contentTypeScope="" ma:versionID="410c05c6c4cf43a6de83c83908a4c744">
  <xsd:schema xmlns:xsd="http://www.w3.org/2001/XMLSchema" xmlns:xs="http://www.w3.org/2001/XMLSchema" xmlns:p="http://schemas.microsoft.com/office/2006/metadata/properties" xmlns:ns2="a4334457-bcd0-47a6-80da-0cd1512be183" xmlns:ns3="8eb2fdfd-1d55-4e95-ae85-4b7122e41b2d" targetNamespace="http://schemas.microsoft.com/office/2006/metadata/properties" ma:root="true" ma:fieldsID="b39139b6f033140af975e58e85eb7e3a" ns2:_="" ns3:_="">
    <xsd:import namespace="a4334457-bcd0-47a6-80da-0cd1512be183"/>
    <xsd:import namespace="8eb2fdfd-1d55-4e95-ae85-4b7122e41b2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4334457-bcd0-47a6-80da-0cd1512be18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MediaServiceLocation" ma:index="16" nillable="true" ma:displayName="Location" ma:description="" ma:indexed="true" ma:internalName="MediaServiceLocation" ma:readOnly="true">
      <xsd:simpleType>
        <xsd:restriction base="dms:Text"/>
      </xsd:simpleType>
    </xsd:element>
    <xsd:element name="lcf76f155ced4ddcb4097134ff3c332f" ma:index="18" nillable="true" ma:taxonomy="true" ma:internalName="lcf76f155ced4ddcb4097134ff3c332f" ma:taxonomyFieldName="MediaServiceImageTags" ma:displayName="Marcações de imagem" ma:readOnly="false" ma:fieldId="{5cf76f15-5ced-4ddc-b409-7134ff3c332f}" ma:taxonomyMulti="true" ma:sspId="a001fbed-1328-4d18-8512-81330492940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2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eb2fdfd-1d55-4e95-ae85-4b7122e41b2d" elementFormDefault="qualified">
    <xsd:import namespace="http://schemas.microsoft.com/office/2006/documentManagement/types"/>
    <xsd:import namespace="http://schemas.microsoft.com/office/infopath/2007/PartnerControls"/>
    <xsd:element name="TaxCatchAll" ma:index="19" nillable="true" ma:displayName="Taxonomy Catch All Column" ma:hidden="true" ma:list="{a2bd75a3-044c-43d2-8a00-3349d8b8e05f}" ma:internalName="TaxCatchAll" ma:showField="CatchAllData" ma:web="8eb2fdfd-1d55-4e95-ae85-4b7122e41b2d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8eb2fdfd-1d55-4e95-ae85-4b7122e41b2d" xsi:nil="true"/>
    <lcf76f155ced4ddcb4097134ff3c332f xmlns="a4334457-bcd0-47a6-80da-0cd1512be183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9D0C04D9-D09F-432E-8531-767BBE3020B2}"/>
</file>

<file path=customXml/itemProps2.xml><?xml version="1.0" encoding="utf-8"?>
<ds:datastoreItem xmlns:ds="http://schemas.openxmlformats.org/officeDocument/2006/customXml" ds:itemID="{DB669171-A76A-4338-ACC4-8BD6A57A5ABC}">
  <ds:schemaRefs>
    <ds:schemaRef ds:uri="http://schemas.microsoft.com/office/2006/metadata/properties"/>
    <ds:schemaRef ds:uri="http://schemas.microsoft.com/office/infopath/2007/PartnerControls"/>
    <ds:schemaRef ds:uri="8eb2fdfd-1d55-4e95-ae85-4b7122e41b2d"/>
    <ds:schemaRef ds:uri="a4334457-bcd0-47a6-80da-0cd1512be183"/>
  </ds:schemaRefs>
</ds:datastoreItem>
</file>

<file path=customXml/itemProps3.xml><?xml version="1.0" encoding="utf-8"?>
<ds:datastoreItem xmlns:ds="http://schemas.openxmlformats.org/officeDocument/2006/customXml" ds:itemID="{EF278816-EC6F-A645-907D-7F25AECB1D4A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2A9D954-C393-4FB6-B595-7FCA6778F35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432</Words>
  <Characters>2337</Characters>
  <Application>Microsoft Office Word</Application>
  <DocSecurity>0</DocSecurity>
  <Lines>19</Lines>
  <Paragraphs>5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2764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python-docx</dc:creator>
  <cp:keywords/>
  <dc:description>generated by python-docx</dc:description>
  <cp:lastModifiedBy>Anja Grecko Lorenz</cp:lastModifiedBy>
  <cp:revision>6</cp:revision>
  <cp:lastPrinted>2026-01-07T16:52:00Z</cp:lastPrinted>
  <dcterms:created xsi:type="dcterms:W3CDTF">2026-01-09T13:03:00Z</dcterms:created>
  <dcterms:modified xsi:type="dcterms:W3CDTF">2026-01-09T13:22:00Z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0x01010006BD3D6AA4395E4C9302FD7920BB34CA</vt:lpwstr>
  </property>
  <property fmtid="{D5CDD505-2E9C-101B-9397-08002B2CF9AE}" pid="3" name="MediaServiceImageTags">
    <vt:lpwstr/>
  </property>
</Properties>
</file>